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55" w:rsidRDefault="00084955" w:rsidP="00084955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Приложение к ООП НОО, утвержденного приказом директора №164 </w:t>
      </w:r>
    </w:p>
    <w:p w:rsidR="00084955" w:rsidRDefault="00084955" w:rsidP="00084955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от 31.08.2023г.</w:t>
      </w:r>
    </w:p>
    <w:p w:rsidR="00084955" w:rsidRDefault="00084955" w:rsidP="00084955">
      <w:pPr>
        <w:autoSpaceDE w:val="0"/>
        <w:autoSpaceDN w:val="0"/>
        <w:spacing w:before="2112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7310A" w:rsidRPr="00084955" w:rsidRDefault="0067310A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9C2F90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</w:t>
      </w:r>
    </w:p>
    <w:p w:rsidR="00CC0ED6" w:rsidRDefault="00CC0ED6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C0ED6" w:rsidRDefault="00CC0ED6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C0ED6" w:rsidRDefault="00CC0ED6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C0ED6" w:rsidRDefault="00CC0ED6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C0ED6" w:rsidRDefault="00CC0ED6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C0ED6" w:rsidRDefault="00CC0ED6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C0ED6" w:rsidRDefault="00CC0ED6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C0ED6" w:rsidRDefault="00CC0ED6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C0ED6" w:rsidRDefault="00CC0ED6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C0ED6" w:rsidRDefault="00CC0ED6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C0ED6" w:rsidRDefault="00CC0ED6" w:rsidP="00CC0ED6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7310A" w:rsidRPr="00B1103C" w:rsidRDefault="00CC0ED6" w:rsidP="00CC0ED6">
      <w:pPr>
        <w:autoSpaceDE w:val="0"/>
        <w:autoSpaceDN w:val="0"/>
        <w:spacing w:after="0" w:line="230" w:lineRule="auto"/>
        <w:ind w:left="792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      </w:t>
      </w:r>
      <w:r w:rsidR="000A7245"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67310A" w:rsidRPr="00B1103C" w:rsidRDefault="009C2F90">
      <w:pPr>
        <w:autoSpaceDE w:val="0"/>
        <w:autoSpaceDN w:val="0"/>
        <w:spacing w:before="310" w:after="0" w:line="230" w:lineRule="auto"/>
        <w:ind w:left="2172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</w:t>
      </w:r>
      <w:r w:rsidR="000A7245"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НАЧАЛЬНОГО ОБЩЕГО ОБРАЗОВАНИЯ</w:t>
      </w:r>
    </w:p>
    <w:p w:rsidR="0067310A" w:rsidRPr="00B1103C" w:rsidRDefault="00CC0ED6" w:rsidP="00CC0ED6">
      <w:pPr>
        <w:autoSpaceDE w:val="0"/>
        <w:autoSpaceDN w:val="0"/>
        <w:spacing w:before="166" w:after="0" w:line="230" w:lineRule="auto"/>
        <w:ind w:right="3452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</w:t>
      </w:r>
      <w:r w:rsidR="000A7245" w:rsidRPr="00B1103C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67310A" w:rsidRPr="00B1103C" w:rsidRDefault="00CC0ED6" w:rsidP="00CC0ED6">
      <w:pPr>
        <w:autoSpaceDE w:val="0"/>
        <w:autoSpaceDN w:val="0"/>
        <w:spacing w:before="70" w:after="0" w:line="230" w:lineRule="auto"/>
        <w:ind w:right="2924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</w:t>
      </w:r>
      <w:r w:rsidR="000A7245"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«Родной (татарский) язык»</w:t>
      </w:r>
    </w:p>
    <w:p w:rsidR="0067310A" w:rsidRPr="00B1103C" w:rsidRDefault="00CC0ED6">
      <w:pPr>
        <w:autoSpaceDE w:val="0"/>
        <w:autoSpaceDN w:val="0"/>
        <w:spacing w:before="670" w:after="0" w:line="230" w:lineRule="auto"/>
        <w:ind w:left="212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r w:rsidR="009C2F90"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r w:rsidR="000A7245" w:rsidRPr="00B1103C">
        <w:rPr>
          <w:rFonts w:ascii="Times New Roman" w:eastAsia="Times New Roman" w:hAnsi="Times New Roman"/>
          <w:color w:val="000000"/>
          <w:sz w:val="24"/>
          <w:lang w:val="ru-RU"/>
        </w:rPr>
        <w:t>(для 1–4 классов образовательных организаций)</w:t>
      </w:r>
    </w:p>
    <w:p w:rsidR="0067310A" w:rsidRDefault="0067310A">
      <w:pPr>
        <w:autoSpaceDE w:val="0"/>
        <w:autoSpaceDN w:val="0"/>
        <w:spacing w:after="78" w:line="220" w:lineRule="exact"/>
        <w:rPr>
          <w:lang w:val="ru-RU"/>
        </w:rPr>
      </w:pPr>
    </w:p>
    <w:p w:rsidR="009C2F90" w:rsidRDefault="009C2F90">
      <w:pPr>
        <w:autoSpaceDE w:val="0"/>
        <w:autoSpaceDN w:val="0"/>
        <w:spacing w:after="78" w:line="220" w:lineRule="exact"/>
        <w:rPr>
          <w:lang w:val="ru-RU"/>
        </w:rPr>
      </w:pPr>
    </w:p>
    <w:p w:rsidR="009C2F90" w:rsidRDefault="009C2F90">
      <w:pPr>
        <w:autoSpaceDE w:val="0"/>
        <w:autoSpaceDN w:val="0"/>
        <w:spacing w:after="78" w:line="220" w:lineRule="exact"/>
        <w:rPr>
          <w:lang w:val="ru-RU"/>
        </w:rPr>
      </w:pPr>
    </w:p>
    <w:p w:rsidR="009C2F90" w:rsidRDefault="009C2F90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CC0ED6" w:rsidRDefault="00CC0ED6">
      <w:pPr>
        <w:autoSpaceDE w:val="0"/>
        <w:autoSpaceDN w:val="0"/>
        <w:spacing w:after="78" w:line="220" w:lineRule="exact"/>
        <w:rPr>
          <w:lang w:val="ru-RU"/>
        </w:rPr>
      </w:pPr>
    </w:p>
    <w:p w:rsidR="009C2F90" w:rsidRDefault="009C2F90">
      <w:pPr>
        <w:autoSpaceDE w:val="0"/>
        <w:autoSpaceDN w:val="0"/>
        <w:spacing w:after="78" w:line="220" w:lineRule="exact"/>
        <w:rPr>
          <w:lang w:val="ru-RU"/>
        </w:rPr>
      </w:pPr>
    </w:p>
    <w:p w:rsidR="009C2F90" w:rsidRDefault="00CC0ED6" w:rsidP="009C2F90">
      <w:pPr>
        <w:autoSpaceDE w:val="0"/>
        <w:autoSpaceDN w:val="0"/>
        <w:spacing w:after="78" w:line="220" w:lineRule="exact"/>
        <w:jc w:val="center"/>
        <w:rPr>
          <w:rFonts w:ascii="Times New Roman" w:hAnsi="Times New Roman" w:cs="Times New Roman"/>
          <w:sz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lang w:val="ru-RU"/>
        </w:rPr>
        <w:t>с.Киргиз-Мияки</w:t>
      </w:r>
      <w:proofErr w:type="spellEnd"/>
      <w:r w:rsidR="00DF591C">
        <w:rPr>
          <w:rFonts w:ascii="Times New Roman" w:hAnsi="Times New Roman" w:cs="Times New Roman"/>
          <w:sz w:val="24"/>
          <w:lang w:val="ru-RU"/>
        </w:rPr>
        <w:t>, 2023</w:t>
      </w:r>
      <w:r w:rsidR="009C2F90" w:rsidRPr="009C2F90">
        <w:rPr>
          <w:rFonts w:ascii="Times New Roman" w:hAnsi="Times New Roman" w:cs="Times New Roman"/>
          <w:sz w:val="24"/>
          <w:lang w:val="ru-RU"/>
        </w:rPr>
        <w:t xml:space="preserve"> год</w:t>
      </w:r>
    </w:p>
    <w:p w:rsidR="00CC0ED6" w:rsidRDefault="00CC0ED6" w:rsidP="009C2F90">
      <w:pPr>
        <w:autoSpaceDE w:val="0"/>
        <w:autoSpaceDN w:val="0"/>
        <w:spacing w:after="78" w:line="220" w:lineRule="exact"/>
        <w:jc w:val="center"/>
        <w:rPr>
          <w:rFonts w:ascii="Times New Roman" w:hAnsi="Times New Roman" w:cs="Times New Roman"/>
          <w:sz w:val="24"/>
          <w:lang w:val="ru-RU"/>
        </w:rPr>
      </w:pPr>
    </w:p>
    <w:p w:rsidR="00CC0ED6" w:rsidRPr="009C2F90" w:rsidRDefault="00CC0ED6" w:rsidP="009C2F90">
      <w:pPr>
        <w:autoSpaceDE w:val="0"/>
        <w:autoSpaceDN w:val="0"/>
        <w:spacing w:after="78" w:line="220" w:lineRule="exact"/>
        <w:jc w:val="center"/>
        <w:rPr>
          <w:rFonts w:ascii="Times New Roman" w:hAnsi="Times New Roman" w:cs="Times New Roman"/>
          <w:sz w:val="24"/>
          <w:lang w:val="ru-RU"/>
        </w:rPr>
      </w:pPr>
    </w:p>
    <w:p w:rsidR="0067310A" w:rsidRPr="00B1103C" w:rsidRDefault="00CC0ED6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           </w:t>
      </w:r>
      <w:r w:rsidR="000A7245"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7310A" w:rsidRPr="00B1103C" w:rsidRDefault="000A7245">
      <w:pPr>
        <w:tabs>
          <w:tab w:val="left" w:pos="180"/>
        </w:tabs>
        <w:autoSpaceDE w:val="0"/>
        <w:autoSpaceDN w:val="0"/>
        <w:spacing w:before="346" w:after="0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ПРЕДМЕТА </w:t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(ТАТАРСКИЙ) ЯЗЫК</w:t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(татарский)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</w:t>
      </w:r>
    </w:p>
    <w:p w:rsidR="0067310A" w:rsidRPr="00B1103C" w:rsidRDefault="000A724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В процессе знакомства со структурными единицами татарского языка, обучающиеся осознают их роль и функции, а также связи и отношения, существующие в системе татарского языка и в речи.</w:t>
      </w:r>
    </w:p>
    <w:p w:rsidR="0067310A" w:rsidRPr="00B1103C" w:rsidRDefault="000A7245">
      <w:pPr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w:rsidR="0067310A" w:rsidRPr="00B1103C" w:rsidRDefault="000A7245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Формирование у младших школьников представления о лексике татарского языка способствует, в свою очередь, развитию понимания материальной природы языкового знака (слова как единства звучания и значения).</w:t>
      </w:r>
    </w:p>
    <w:p w:rsidR="0067310A" w:rsidRPr="00B1103C" w:rsidRDefault="000A7245">
      <w:pPr>
        <w:autoSpaceDE w:val="0"/>
        <w:autoSpaceDN w:val="0"/>
        <w:spacing w:before="70" w:after="0" w:line="281" w:lineRule="auto"/>
        <w:ind w:right="432" w:firstLine="18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Важная роль отводится ознакомлению с понятиями из области словообразования, морфологии и синтаксиса. Освоение грамматических понятий на начальном уровне способствует общему умственному и речевому развитию обучающихся. Так, они знакомятся с необходимыми 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интеллектуальными операциями анализа, синтеза, сравнения, сопоставления, классификации и обобщения, что в дальнейшем послужит основой для формирования общих учебных и 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познавательных универсальных действий.</w:t>
      </w:r>
    </w:p>
    <w:p w:rsidR="0067310A" w:rsidRPr="00B1103C" w:rsidRDefault="000A724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«Родной (татарский) язык» предусматривает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межпредметные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связи с другими учебными предметами гуманитарного цикла, в первую очередь с учебным </w:t>
      </w:r>
      <w:proofErr w:type="spellStart"/>
      <w:proofErr w:type="gram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предметом«</w:t>
      </w:r>
      <w:proofErr w:type="gram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чтение на родном (татарском) языке».</w:t>
      </w:r>
    </w:p>
    <w:p w:rsidR="0067310A" w:rsidRPr="00B1103C" w:rsidRDefault="000A7245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«РОДНОЙ (ТАТАРСКИЙ) ЯЗЫК»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изучения учебного предмета «Родной (татарский) язык» – развитие элементарной 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коммуникативной компетенции обучающихся на доступном уровне в основных видах речевой деятельности: слушание, говорение, чтение и письмо; воспитание и развитие личности, уважающей языковое наследие многонационального народа Российской Федерации.</w:t>
      </w:r>
    </w:p>
    <w:p w:rsidR="0067310A" w:rsidRPr="00B1103C" w:rsidRDefault="000A724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Задачи </w:t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изучения учебного предмета «Родной (татарский) язык»:</w:t>
      </w:r>
    </w:p>
    <w:p w:rsidR="0067310A" w:rsidRPr="00B1103C" w:rsidRDefault="000A7245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—  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:rsidR="0067310A" w:rsidRPr="00B1103C" w:rsidRDefault="000A7245">
      <w:pPr>
        <w:autoSpaceDE w:val="0"/>
        <w:autoSpaceDN w:val="0"/>
        <w:spacing w:before="240" w:after="0" w:line="271" w:lineRule="auto"/>
        <w:ind w:left="420" w:right="72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—  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:rsidR="0067310A" w:rsidRPr="00B1103C" w:rsidRDefault="000A7245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первоначальных знаний о системе и структуре родного (татарского) языка: фонетике, орфоэпии, графике, орфографии, лексике,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морфемике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, морфологии и синтаксисе;</w:t>
      </w:r>
    </w:p>
    <w:p w:rsidR="0067310A" w:rsidRPr="00B1103C" w:rsidRDefault="000A7245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:rsidR="009C2F90" w:rsidRDefault="000A7245">
      <w:pPr>
        <w:tabs>
          <w:tab w:val="left" w:pos="180"/>
        </w:tabs>
        <w:autoSpaceDE w:val="0"/>
        <w:autoSpaceDN w:val="0"/>
        <w:spacing w:before="178" w:after="0" w:line="281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учебного предмета обучающиеся научатся осознавать и использовать татарский язык как средство общения, познания мира и усвоения культуры татарского народа. 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У обучающихся последовательно сформируются эмоционально-ценностное отношение к родному </w:t>
      </w:r>
    </w:p>
    <w:p w:rsidR="009C2F90" w:rsidRDefault="009C2F90">
      <w:pPr>
        <w:tabs>
          <w:tab w:val="left" w:pos="180"/>
        </w:tabs>
        <w:autoSpaceDE w:val="0"/>
        <w:autoSpaceDN w:val="0"/>
        <w:spacing w:before="178" w:after="0" w:line="281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C2F90" w:rsidRPr="00B1103C" w:rsidRDefault="000A7245" w:rsidP="009C2F90">
      <w:pPr>
        <w:autoSpaceDE w:val="0"/>
        <w:autoSpaceDN w:val="0"/>
        <w:spacing w:after="0" w:line="262" w:lineRule="auto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языку, интерес к его изучению, желание умело им пользоваться в разных ситуациях общения, правильно писать и читать, участвовать в диалоге, составлять несложные устные монологические</w:t>
      </w:r>
      <w:r w:rsidR="009C2F90">
        <w:rPr>
          <w:lang w:val="ru-RU"/>
        </w:rPr>
        <w:t xml:space="preserve">, </w:t>
      </w:r>
      <w:r w:rsidR="009C2F90" w:rsidRPr="00B1103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высказывания и письменные тексты. Через воспитание позитивного эмоционально-ценностного отношения к родному языку у обучающихся закладываются основы гражданской культуры личности.</w:t>
      </w:r>
    </w:p>
    <w:p w:rsidR="009C2F90" w:rsidRPr="00B1103C" w:rsidRDefault="009C2F90" w:rsidP="009C2F90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«РОДНОЙ (ТАТАРСКИЙ) ЯЗЫК» В УЧЕБНОМ ПЛАНЕ 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ФГОС НОО учебный предмет «Родной язык» входит в предметную </w:t>
      </w:r>
      <w:proofErr w:type="spellStart"/>
      <w:proofErr w:type="gram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область«</w:t>
      </w:r>
      <w:proofErr w:type="gram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Родной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 и является обязательным для изучения.</w:t>
      </w:r>
    </w:p>
    <w:p w:rsidR="009C2F90" w:rsidRDefault="009C2F90" w:rsidP="009C2F9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На изучение учебного предмета «Родной (татарский) язык» отводится 2 часа в неделю во всех классах начального общего образования. Количество учебных часов, выделяемых на изучение предмета «Родной (татарский) язык»: 1 класс – 66 часов (из них 33 часа отводится на курс «Обучение грамоте»); 2–4 классы – по 68 часов.</w:t>
      </w:r>
      <w:r w:rsidRPr="009C2F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9C2F90" w:rsidRDefault="009C2F90" w:rsidP="009C2F9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C2F90" w:rsidRPr="00B1103C" w:rsidRDefault="009C2F90" w:rsidP="009C2F90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9C2F90" w:rsidRPr="00B1103C" w:rsidRDefault="009C2F90" w:rsidP="009C2F90">
      <w:pPr>
        <w:autoSpaceDE w:val="0"/>
        <w:autoSpaceDN w:val="0"/>
        <w:spacing w:before="346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Виды речевой деятельности</w:t>
      </w:r>
    </w:p>
    <w:p w:rsidR="009C2F90" w:rsidRPr="00B1103C" w:rsidRDefault="009C2F90" w:rsidP="009C2F90">
      <w:pPr>
        <w:autoSpaceDE w:val="0"/>
        <w:autoSpaceDN w:val="0"/>
        <w:spacing w:before="166" w:after="0" w:line="271" w:lineRule="auto"/>
        <w:ind w:right="432" w:firstLine="18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Беседа на тему 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Белем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бəйрəме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» («День знаний»). Правила гигиены чтения и письма. Рассказ на тему «Минем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яраткан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уенчыкларым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» («Мои любимые игрушки»). Чтение по слогам слов и предложений.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Обучение грамоте</w:t>
      </w:r>
    </w:p>
    <w:p w:rsidR="009C2F90" w:rsidRPr="00B1103C" w:rsidRDefault="009C2F90" w:rsidP="009C2F90">
      <w:pPr>
        <w:autoSpaceDE w:val="0"/>
        <w:autoSpaceDN w:val="0"/>
        <w:spacing w:before="168" w:after="0" w:line="281" w:lineRule="auto"/>
        <w:ind w:firstLine="18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Буквы и звуки татарского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букв в слове. Слог. Запись слов по слогам. Запись слов и предложений по памяти. Запись предложений после предварительного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слого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-звукового разбора каждого слова. Татарский алфавит. Контрольное 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списывание.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Систематический курс</w:t>
      </w:r>
    </w:p>
    <w:p w:rsidR="009C2F90" w:rsidRPr="00B1103C" w:rsidRDefault="009C2F90" w:rsidP="009C2F90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Речь. Устная речь и письменная речь. Слово и предложение. Текст. Перенос слов из строки в строку.</w:t>
      </w:r>
    </w:p>
    <w:p w:rsidR="009C2F90" w:rsidRPr="00B1103C" w:rsidRDefault="009C2F90" w:rsidP="009C2F90">
      <w:pPr>
        <w:autoSpaceDE w:val="0"/>
        <w:autoSpaceDN w:val="0"/>
        <w:spacing w:before="70" w:after="0"/>
        <w:ind w:right="288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Ударение. Ударный слог. Правописание слов с гласными о и ө. Правописание специфичных согласных звуков татарского языка. Гласные звуки татарского языка. Согласные звуки татарского языка. Звуковое значение букв е, ё, ю, я. Слова, отвечающие на вопросы «кем?» («кто?») и 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нəрсə</w:t>
      </w:r>
      <w:proofErr w:type="spellEnd"/>
      <w:proofErr w:type="gram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?»(</w:t>
      </w:r>
      <w:proofErr w:type="gram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«что?»). Особенности присоединения аффиксов в татарском языке.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Развитие речи</w:t>
      </w:r>
    </w:p>
    <w:p w:rsidR="009C2F90" w:rsidRPr="00B1103C" w:rsidRDefault="009C2F90" w:rsidP="009C2F90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Диалог на тему «Мин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мəктəптə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һəм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өйдə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» («Я в школе и дома»). Урок-игра. Работа с прослушанным текстом.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Виды речевой деятельности</w:t>
      </w:r>
    </w:p>
    <w:p w:rsidR="009C2F90" w:rsidRPr="00B1103C" w:rsidRDefault="009C2F90" w:rsidP="009C2F90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 с текстом: выразительное чтение текста вслух, соблюдая правильную интонацию; составление предложений для решения определенной речевой задачи. Составление рассказа по картине. Работа с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аудиотекстом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C2F90" w:rsidRPr="00B1103C" w:rsidRDefault="009C2F90" w:rsidP="009C2F90">
      <w:pPr>
        <w:autoSpaceDE w:val="0"/>
        <w:autoSpaceDN w:val="0"/>
        <w:spacing w:before="264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Систематический курс</w:t>
      </w:r>
    </w:p>
    <w:p w:rsidR="009C2F90" w:rsidRPr="00B1103C" w:rsidRDefault="009C2F90" w:rsidP="009C2F90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 татарского языка. Согласные звуки в татарском языке. Лексическое значение слова. Синонимы. Антонимы. Самостоятельные части речи: имя существительное, имя прилагательное, глагол. Имя существительное. Имя прилагательное. Глагол. Контрольное списывание. Настоящее время глагола. Предложение.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Развитие речи</w:t>
      </w:r>
    </w:p>
    <w:p w:rsidR="009C2F90" w:rsidRPr="00B1103C" w:rsidRDefault="009C2F90" w:rsidP="009C2F90">
      <w:pPr>
        <w:tabs>
          <w:tab w:val="left" w:pos="180"/>
        </w:tabs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Урок-игра. Работа с текстом Диалог на тему 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Бездə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яши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торган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хайваннар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» («Животные моего края»). Монолог на тему 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Табигатькə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ничек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ярдəм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итеп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була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?» («Как можем помочь природе?»).</w:t>
      </w:r>
    </w:p>
    <w:p w:rsidR="009C2F90" w:rsidRPr="00B1103C" w:rsidRDefault="009C2F90" w:rsidP="009C2F90">
      <w:pPr>
        <w:autoSpaceDE w:val="0"/>
        <w:autoSpaceDN w:val="0"/>
        <w:spacing w:before="70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 в парах на тему «Татар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милли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бəйрəмнəре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» («Татарские национальные праздники»).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Виды речевой деятельности</w:t>
      </w:r>
    </w:p>
    <w:p w:rsidR="009C2F90" w:rsidRPr="00B1103C" w:rsidRDefault="009C2F90" w:rsidP="009C2F90">
      <w:pPr>
        <w:autoSpaceDE w:val="0"/>
        <w:autoSpaceDN w:val="0"/>
        <w:spacing w:after="0" w:line="281" w:lineRule="auto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Работа с текстом: ответы на вопросы по содержанию текста; деление текста на смысловые части.</w:t>
      </w:r>
      <w:r w:rsidRPr="009C2F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Работа с текстом: чтение вслух небольшого текста, построенного на изученном языковом материале с соблюдением правил произношения и интонирования; установление последовательности событий в тексте. Работа с текстом: формулирование вопросов по тексту; выражение собственного мнения, аргументируя его с учетом ситуации общения. Беседа на тему 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Сəяхəттə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» («В путешествии»). Работа с текстом: краткое изложение </w:t>
      </w:r>
      <w:proofErr w:type="gram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содержания</w:t>
      </w:r>
      <w:proofErr w:type="gram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прочитанного (услышанного) текста, выражение своего отношения к прочитанному (услышанному).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Систематический курс</w:t>
      </w:r>
    </w:p>
    <w:p w:rsidR="009C2F90" w:rsidRPr="00B1103C" w:rsidRDefault="009C2F90" w:rsidP="009C2F90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Правописание и чтение слов с буквами ъ и ь. Слог. Ударение. Сложные слова. Парные слова. Лексическое значение слова. Корень слова. Аффиксы. Имя существительное. Личные местоимения.</w:t>
      </w:r>
    </w:p>
    <w:p w:rsidR="009C2F90" w:rsidRPr="00B1103C" w:rsidRDefault="009C2F90" w:rsidP="009C2F90">
      <w:pPr>
        <w:autoSpaceDE w:val="0"/>
        <w:autoSpaceDN w:val="0"/>
        <w:spacing w:before="7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глаголов настоящего времени. Имя прилагательное. Главные члены предложения.</w:t>
      </w:r>
    </w:p>
    <w:p w:rsidR="009C2F90" w:rsidRPr="00B1103C" w:rsidRDefault="009C2F90" w:rsidP="009C2F90">
      <w:pPr>
        <w:autoSpaceDE w:val="0"/>
        <w:autoSpaceDN w:val="0"/>
        <w:spacing w:before="264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Развитие речи</w:t>
      </w:r>
    </w:p>
    <w:p w:rsidR="009C2F90" w:rsidRPr="00B1103C" w:rsidRDefault="009C2F90" w:rsidP="009C2F90">
      <w:pPr>
        <w:tabs>
          <w:tab w:val="left" w:pos="180"/>
        </w:tabs>
        <w:autoSpaceDE w:val="0"/>
        <w:autoSpaceDN w:val="0"/>
        <w:spacing w:before="166" w:after="0" w:line="262" w:lineRule="auto"/>
        <w:ind w:right="720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Урок-игра. Творческая работа: составлять устный рассказ по картинкам; готовить выставку, посвященную национальной одежде народов России.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Виды речевой деятельности</w:t>
      </w:r>
    </w:p>
    <w:p w:rsidR="009C2F90" w:rsidRPr="00B1103C" w:rsidRDefault="009C2F90" w:rsidP="009C2F90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 с текстом: составление небольших устных и письменных текстов. Составление текста по картине. Презентация на тему «Россия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шəһəрлəре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» («Города России»).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Систематический курс</w:t>
      </w:r>
    </w:p>
    <w:p w:rsidR="009C2F90" w:rsidRPr="00B1103C" w:rsidRDefault="009C2F90" w:rsidP="009C2F90">
      <w:pPr>
        <w:autoSpaceDE w:val="0"/>
        <w:autoSpaceDN w:val="0"/>
        <w:spacing w:before="166" w:after="0" w:line="271" w:lineRule="auto"/>
        <w:ind w:right="288" w:firstLine="18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Гласные и согласные звуки. Закон сингармонизма. Ударение и его виды. Транскрипция. Порядок фонетического разбора. Словарный состав татарского языка. Заимствованные слова. Слово. Лексическое значение слова. Корень и окончание.</w:t>
      </w:r>
    </w:p>
    <w:p w:rsidR="009C2F90" w:rsidRPr="00B1103C" w:rsidRDefault="009C2F90" w:rsidP="009C2F90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Самостоятельные части речи. Имя существительное. Имя прилагательное. Степени сравнения имен прилагательных. Местоимение. Имя числительное. Глагол. Повелительное наклонение. Главные члены предложения.</w:t>
      </w:r>
    </w:p>
    <w:p w:rsidR="009C2F90" w:rsidRPr="00B1103C" w:rsidRDefault="009C2F90" w:rsidP="009C2F9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Второстепенные члены предложения.</w:t>
      </w:r>
    </w:p>
    <w:p w:rsidR="009C2F90" w:rsidRPr="00B1103C" w:rsidRDefault="009C2F90" w:rsidP="009C2F90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Развитие речи</w:t>
      </w:r>
    </w:p>
    <w:p w:rsidR="009C2F90" w:rsidRPr="00B1103C" w:rsidRDefault="009C2F90" w:rsidP="009C2F90">
      <w:pPr>
        <w:tabs>
          <w:tab w:val="left" w:pos="180"/>
        </w:tabs>
        <w:autoSpaceDE w:val="0"/>
        <w:autoSpaceDN w:val="0"/>
        <w:spacing w:before="168" w:after="0" w:line="262" w:lineRule="auto"/>
        <w:ind w:right="288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Работа с текстом: Составление текста из разрозненных предложений, частей текста; определение значения незнакомых слов по контексту.</w:t>
      </w:r>
    </w:p>
    <w:p w:rsidR="009C2F90" w:rsidRPr="00B1103C" w:rsidRDefault="009C2F90" w:rsidP="009C2F90">
      <w:pPr>
        <w:autoSpaceDE w:val="0"/>
        <w:autoSpaceDN w:val="0"/>
        <w:spacing w:before="70" w:after="0"/>
        <w:ind w:firstLine="180"/>
        <w:rPr>
          <w:lang w:val="ru-RU"/>
        </w:rPr>
      </w:pPr>
    </w:p>
    <w:p w:rsidR="009C2F90" w:rsidRDefault="009C2F90" w:rsidP="009C2F90">
      <w:pPr>
        <w:tabs>
          <w:tab w:val="left" w:pos="180"/>
        </w:tabs>
        <w:autoSpaceDE w:val="0"/>
        <w:autoSpaceDN w:val="0"/>
        <w:spacing w:before="178" w:after="0" w:line="281" w:lineRule="auto"/>
        <w:ind w:right="288"/>
        <w:rPr>
          <w:lang w:val="ru-RU"/>
        </w:rPr>
      </w:pPr>
    </w:p>
    <w:p w:rsidR="009C2F90" w:rsidRDefault="009C2F90" w:rsidP="009C2F90">
      <w:pPr>
        <w:tabs>
          <w:tab w:val="left" w:pos="180"/>
        </w:tabs>
        <w:autoSpaceDE w:val="0"/>
        <w:autoSpaceDN w:val="0"/>
        <w:spacing w:before="178" w:after="0" w:line="281" w:lineRule="auto"/>
        <w:ind w:right="288"/>
        <w:rPr>
          <w:lang w:val="ru-RU"/>
        </w:rPr>
      </w:pPr>
    </w:p>
    <w:p w:rsidR="009C2F90" w:rsidRPr="00B1103C" w:rsidRDefault="009C2F90" w:rsidP="009C2F90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</w:p>
    <w:p w:rsidR="009C2F90" w:rsidRPr="00B1103C" w:rsidRDefault="009C2F90" w:rsidP="009C2F90">
      <w:pPr>
        <w:rPr>
          <w:lang w:val="ru-RU"/>
        </w:rPr>
        <w:sectPr w:rsidR="009C2F90" w:rsidRPr="00B1103C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C2F90" w:rsidRPr="00B1103C" w:rsidRDefault="009C2F90" w:rsidP="009C2F90">
      <w:pPr>
        <w:autoSpaceDE w:val="0"/>
        <w:autoSpaceDN w:val="0"/>
        <w:spacing w:after="96" w:line="220" w:lineRule="exact"/>
        <w:rPr>
          <w:lang w:val="ru-RU"/>
        </w:rPr>
      </w:pPr>
    </w:p>
    <w:p w:rsidR="009C2F90" w:rsidRPr="00B1103C" w:rsidRDefault="009C2F90" w:rsidP="009C2F90">
      <w:pPr>
        <w:tabs>
          <w:tab w:val="left" w:pos="180"/>
        </w:tabs>
        <w:autoSpaceDE w:val="0"/>
        <w:autoSpaceDN w:val="0"/>
        <w:spacing w:before="178" w:after="0" w:line="281" w:lineRule="auto"/>
        <w:ind w:right="288"/>
        <w:rPr>
          <w:lang w:val="ru-RU"/>
        </w:rPr>
        <w:sectPr w:rsidR="009C2F90" w:rsidRPr="00B1103C">
          <w:pgSz w:w="11900" w:h="16840"/>
          <w:pgMar w:top="298" w:right="650" w:bottom="3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10A" w:rsidRPr="00B1103C" w:rsidRDefault="0067310A">
      <w:pPr>
        <w:autoSpaceDE w:val="0"/>
        <w:autoSpaceDN w:val="0"/>
        <w:spacing w:after="66" w:line="220" w:lineRule="exact"/>
        <w:rPr>
          <w:lang w:val="ru-RU"/>
        </w:rPr>
      </w:pPr>
    </w:p>
    <w:p w:rsidR="0067310A" w:rsidRPr="00B1103C" w:rsidRDefault="0067310A">
      <w:pPr>
        <w:rPr>
          <w:lang w:val="ru-RU"/>
        </w:rPr>
        <w:sectPr w:rsidR="0067310A" w:rsidRPr="00B1103C">
          <w:pgSz w:w="11900" w:h="16840"/>
          <w:pgMar w:top="286" w:right="736" w:bottom="1440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67310A" w:rsidRPr="00B1103C" w:rsidRDefault="0067310A">
      <w:pPr>
        <w:autoSpaceDE w:val="0"/>
        <w:autoSpaceDN w:val="0"/>
        <w:spacing w:after="78" w:line="220" w:lineRule="exact"/>
        <w:rPr>
          <w:lang w:val="ru-RU"/>
        </w:rPr>
      </w:pPr>
    </w:p>
    <w:p w:rsidR="0067310A" w:rsidRPr="00B1103C" w:rsidRDefault="0067310A">
      <w:pPr>
        <w:rPr>
          <w:lang w:val="ru-RU"/>
        </w:rPr>
        <w:sectPr w:rsidR="0067310A" w:rsidRPr="00B1103C">
          <w:pgSz w:w="11900" w:h="16840"/>
          <w:pgMar w:top="316" w:right="724" w:bottom="1440" w:left="666" w:header="720" w:footer="720" w:gutter="0"/>
          <w:cols w:space="720" w:equalWidth="0">
            <w:col w:w="10510" w:space="0"/>
          </w:cols>
          <w:docGrid w:linePitch="360"/>
        </w:sectPr>
      </w:pPr>
    </w:p>
    <w:p w:rsidR="0067310A" w:rsidRPr="00B1103C" w:rsidRDefault="0067310A">
      <w:pPr>
        <w:autoSpaceDE w:val="0"/>
        <w:autoSpaceDN w:val="0"/>
        <w:spacing w:after="78" w:line="220" w:lineRule="exact"/>
        <w:rPr>
          <w:lang w:val="ru-RU"/>
        </w:rPr>
      </w:pPr>
    </w:p>
    <w:p w:rsidR="0067310A" w:rsidRPr="00B1103C" w:rsidRDefault="000A7245">
      <w:pPr>
        <w:autoSpaceDE w:val="0"/>
        <w:autoSpaceDN w:val="0"/>
        <w:spacing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67310A" w:rsidRPr="00B1103C" w:rsidRDefault="000A7245">
      <w:pPr>
        <w:autoSpaceDE w:val="0"/>
        <w:autoSpaceDN w:val="0"/>
        <w:spacing w:before="346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7310A" w:rsidRPr="00B1103C" w:rsidRDefault="000A7245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(татарский) язык» на уровне начального общего 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у обучающегося будут сформированы следующие личностные результаты: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становление ценностного отношения к своей Родине – России;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осознание своей этнокультурной и российской гражданской идентичности;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сопричастность к прошлому, настоящему и будущему своей страны и родного края;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межличностных отношений;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признание индивидуальности каждого человека;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проявление сопереживания, уважения и доброжелательности;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неприятие любых форм поведения, направленных на причинение физического и морального вреда другим людям;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стремление к самовыражению в разных видах художественной деятельности;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соблюдение правил здорового и безопасного (для себя и других людей) образа жизни в 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окружающей среде (в том числе информационной);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бережное отношение к физическому и психическому здоровью;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бережное отношение к природе;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неприятие действий, приносящих ей вред;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первоначальные представления о научной картине мира;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познавательные интересы, активность, инициативность, любознательность и самостоятельность в познании.</w:t>
      </w:r>
    </w:p>
    <w:p w:rsidR="0067310A" w:rsidRPr="00B1103C" w:rsidRDefault="000A7245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7310A" w:rsidRPr="00B1103C" w:rsidRDefault="000A7245">
      <w:pPr>
        <w:tabs>
          <w:tab w:val="left" w:pos="180"/>
        </w:tabs>
        <w:autoSpaceDE w:val="0"/>
        <w:autoSpaceDN w:val="0"/>
        <w:spacing w:before="166" w:after="0" w:line="286" w:lineRule="auto"/>
        <w:ind w:right="720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учебного предмета «Родной (татарский) язык» обучающийся овладеет универсальными учебными </w:t>
      </w: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</w:t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действиями: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сравнивать объекты, устанавливать основания для сравнения, устанавливать аналогии;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объединять объекты (языковые единицы) по определенному признаку;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 языковых единиц, классифицировать языковые единицы;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находить в языковом материале закономерности и противоречия на основе предложенного</w:t>
      </w:r>
    </w:p>
    <w:p w:rsidR="0067310A" w:rsidRPr="00B1103C" w:rsidRDefault="0067310A">
      <w:pPr>
        <w:rPr>
          <w:lang w:val="ru-RU"/>
        </w:rPr>
        <w:sectPr w:rsidR="0067310A" w:rsidRPr="00B1103C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10A" w:rsidRPr="00B1103C" w:rsidRDefault="0067310A">
      <w:pPr>
        <w:autoSpaceDE w:val="0"/>
        <w:autoSpaceDN w:val="0"/>
        <w:spacing w:after="66" w:line="220" w:lineRule="exact"/>
        <w:rPr>
          <w:lang w:val="ru-RU"/>
        </w:rPr>
      </w:pPr>
    </w:p>
    <w:p w:rsidR="0067310A" w:rsidRPr="00B1103C" w:rsidRDefault="000A7245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 для решения учебной и практической задачи на основе предложенного алгоритма;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устанавливать причинно-следственные связи в ситуациях наблюдения за языковым материалом, делать выводы;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 помощью учителя формулировать цель, планировать изменения языкового объекта, речевой ситуации;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сравнивать несколько вариантов выполнения задания, выбирать наиболее подходящий (на основе предложенных критериев);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проводить по предложенному плану несложное лингвистическое исследование, выполнять по предложенному плану проектное задание;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выбирать источник получения информации: нужный словарь для получения запрашиваемой информации, для уточнения;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согласно заданному алгоритму находить в предложенном источнике информацию;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распознавать достоверную и недостоверную информацию самостоятельно или на основании предложенного учителем способа ее проверки;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соблюдать с помощью взрослых (педагогических работников, родителей, законных 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правила информационной безопасности при поиске информации в сети Интернет;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анализировать и создавать текстовую, видео, графическую, звуковую информацию в соответствии с учебной задачей;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самостоятельно создавать схемы, таблицы для представления лингвистической информации.</w:t>
      </w:r>
    </w:p>
    <w:p w:rsidR="0067310A" w:rsidRPr="00B1103C" w:rsidRDefault="000A724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учебного предмета «Родной (татарский) язык» обучающийся овладеет универсальными учебными </w:t>
      </w: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коммуникативными</w:t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действиями: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проявлять уважительное отношение к собеседнику, соблюдать правила ведения диалога и дискуссии;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признавать возможность существования разных точек зрения;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корректно и аргументированно высказывать свое мнение;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строить речевое высказывание в соответствии с поставленной задачей;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создавать устные и письменные тексты (описание, рассуждение, повествование);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готовить небольшие публичные выступления;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подбирать иллюстративный материал (рисунки, фото, плакаты) к тексту выступления;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проявлять готовность руководить, выполнять поручения, подчиняться;</w:t>
      </w:r>
    </w:p>
    <w:p w:rsidR="0067310A" w:rsidRPr="00B1103C" w:rsidRDefault="0067310A">
      <w:pPr>
        <w:rPr>
          <w:lang w:val="ru-RU"/>
        </w:rPr>
        <w:sectPr w:rsidR="0067310A" w:rsidRPr="00B1103C">
          <w:pgSz w:w="11900" w:h="16840"/>
          <w:pgMar w:top="286" w:right="724" w:bottom="438" w:left="666" w:header="720" w:footer="720" w:gutter="0"/>
          <w:cols w:space="720" w:equalWidth="0">
            <w:col w:w="10510" w:space="0"/>
          </w:cols>
          <w:docGrid w:linePitch="360"/>
        </w:sectPr>
      </w:pPr>
    </w:p>
    <w:p w:rsidR="0067310A" w:rsidRPr="00B1103C" w:rsidRDefault="0067310A">
      <w:pPr>
        <w:autoSpaceDE w:val="0"/>
        <w:autoSpaceDN w:val="0"/>
        <w:spacing w:after="78" w:line="220" w:lineRule="exact"/>
        <w:rPr>
          <w:lang w:val="ru-RU"/>
        </w:rPr>
      </w:pPr>
    </w:p>
    <w:p w:rsidR="0067310A" w:rsidRPr="00B1103C" w:rsidRDefault="000A7245">
      <w:pPr>
        <w:autoSpaceDE w:val="0"/>
        <w:autoSpaceDN w:val="0"/>
        <w:spacing w:after="0" w:line="271" w:lineRule="auto"/>
        <w:ind w:left="180" w:right="1872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ответственно выполнять свою часть работы;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оценивать свой вклад в общий результат;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выполнять совместные проектные задания с опорой на предложенные образцы.</w:t>
      </w:r>
    </w:p>
    <w:p w:rsidR="0067310A" w:rsidRPr="00B1103C" w:rsidRDefault="000A7245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учебного предмета «Родной (татарский) язык» обучающийся овладеет универсальными учебными </w:t>
      </w: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регулятивными</w:t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действиями: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планировать действия по решению учебной задачи для получения результата;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выстраивать последовательность выбранных действий; 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причины успеха/неудач учебной деятельности;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корректировать свои учебные действия для преодоления ошибок.</w:t>
      </w:r>
    </w:p>
    <w:p w:rsidR="0067310A" w:rsidRPr="00B1103C" w:rsidRDefault="000A7245">
      <w:pPr>
        <w:autoSpaceDE w:val="0"/>
        <w:autoSpaceDN w:val="0"/>
        <w:spacing w:before="264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7310A" w:rsidRPr="00B1103C" w:rsidRDefault="000A7245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67310A" w:rsidRPr="00B1103C" w:rsidRDefault="000A7245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воспроизводить звуковую форму слова по его буквенной записи;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рассказывать о себе, друзьях и т. д.;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соблюдать орфоэпические и интонационные нормы татарского языка в устной и письменной речи;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читать целыми словами со скоростью, соответствующей индивидуальному темпу обучающегося;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владеть начертанием письменных прописных и строчных букв;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правильно списывать слова и предложения;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писать буквы, буквосочетания, слоги, слова, предложения с соблюдением гигиенических норм;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вырабатывать связное и ритмичное написание букв;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писать под диктовку слова, тексты объемом не более 8 слов;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распознавать устную и письменную речь;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различать слово, предложение и текст;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применять изученные правила правописания: раздельное написание слов в предложении;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писать без искажений прописные буквы в начале предложения и в именах собственных;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правильно оформлять предложение на письме, выбирать знак конца предложения;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выделять в слове ударение;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произносить и различать на слух гласные звуки татарского языка;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различать гласные и согласные звуки; гласные – ударные и безударные, твердые и мягкие; согласные – звонкие и глухие;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распознавать парные и непарные гласные и согласные звуки;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количество и последовательность звуков в слове;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различать звуки и буквы: буква как знак звука;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количество слогов;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переносить слова на другую строку;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переносить слова с буквами ъ и ь по слогам;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правильно писать и читать слова с буквами ъ и ь;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правильно читать специфичные гласные звуки татарского языка [ə], [ө], [ү];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правильно читать специфичные согласные звуки татарского языка [</w:t>
      </w:r>
      <w:r>
        <w:rPr>
          <w:rFonts w:ascii="Times New Roman" w:eastAsia="Times New Roman" w:hAnsi="Times New Roman"/>
          <w:color w:val="000000"/>
          <w:sz w:val="24"/>
        </w:rPr>
        <w:t>w</w:t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], [ғ], [қ], [җ], [ң], [һ];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правильно употреблять при письме буквы, обозначающие специфичные звуки татарского языка;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функции букв е, ё, ю, 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проводить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слого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-звуковой разбор слова;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правильно называть буквы татарского алфавита, их последовательность;</w:t>
      </w:r>
    </w:p>
    <w:p w:rsidR="0067310A" w:rsidRPr="00B1103C" w:rsidRDefault="0067310A">
      <w:pPr>
        <w:rPr>
          <w:lang w:val="ru-RU"/>
        </w:rPr>
        <w:sectPr w:rsidR="0067310A" w:rsidRPr="00B1103C">
          <w:pgSz w:w="11900" w:h="16840"/>
          <w:pgMar w:top="298" w:right="732" w:bottom="356" w:left="666" w:header="720" w:footer="720" w:gutter="0"/>
          <w:cols w:space="720" w:equalWidth="0">
            <w:col w:w="10502" w:space="0"/>
          </w:cols>
          <w:docGrid w:linePitch="360"/>
        </w:sectPr>
      </w:pPr>
    </w:p>
    <w:p w:rsidR="0067310A" w:rsidRPr="00B1103C" w:rsidRDefault="0067310A">
      <w:pPr>
        <w:autoSpaceDE w:val="0"/>
        <w:autoSpaceDN w:val="0"/>
        <w:spacing w:after="78" w:line="220" w:lineRule="exact"/>
        <w:rPr>
          <w:lang w:val="ru-RU"/>
        </w:rPr>
      </w:pPr>
    </w:p>
    <w:p w:rsidR="0067310A" w:rsidRPr="00B1103C" w:rsidRDefault="000A7245">
      <w:pPr>
        <w:autoSpaceDE w:val="0"/>
        <w:autoSpaceDN w:val="0"/>
        <w:spacing w:after="0" w:line="283" w:lineRule="auto"/>
        <w:ind w:left="180" w:right="1152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использовать алфавит для упорядочения списка слов;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правильно присоединять к слову твердый или мягкий вариант аффиксов;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различать слова, отвечающие на вопросы «кем?» («кто?») и 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нəрсə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?» («что?»</w:t>
      </w:r>
      <w:proofErr w:type="gram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);-</w:t>
      </w:r>
      <w:proofErr w:type="gram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находить в предложении слова, отвечающие на вопрос 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нишли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?» («что делает?»);- вести диалог, расспрашивая собеседника, отвечая на его вопросы;</w:t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воспринимать на слух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аудиотекст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, построенный на знакомом языковом материале;- владеть техникой чтения, приемами понимания прочитанного и прослушанного текста.</w:t>
      </w:r>
    </w:p>
    <w:p w:rsidR="0067310A" w:rsidRPr="00B1103C" w:rsidRDefault="000A7245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67310A" w:rsidRPr="00B1103C" w:rsidRDefault="000A7245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составлять небольшое описание картины;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рассказывать о друзьях, любимых животных, каникулах и т. д.;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понимать на слух речь учителя и одноклассников;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находить в тексте нужную информацию;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выразительно читать текст вслух, соблюдая правильную интонацию;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правильно списывать (без пропусков и искажений букв) слова и предложения, текст объемом не более 10 слов;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писать под диктовку (без пропусков и искажений букв) слова, предложения, тексты объемом не более 12 слов с учетом изученных правил правописания;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применять правила правописания и теоретический материал, соблюдать изученные нормы орфографии и пунктуации;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находить в тексте слова с заданным звуком;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использовать различные словари татарского языка;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лексическое значение слова с помощью словаря;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выявлять в тексте случаи употребления элементарных синонимов и антонимов;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распознавать самостоятельные части речи;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выделять среди имен существительных собственные и нарицательные;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число имен существительных;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различать имена существительные одушевленные и неодушевленные по вопросам «кем?» («кто?») и 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нəрсə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?» («что?»);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распознавать имена прилагательные, определять их роль в речи;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наблюдать за употреблением имен прилагательных в текстах;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различать глаголы среди других слов и в тексте;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распознавать глаголы настоящего времени;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строить предложения для решения определенной речевой задачи (для ответа на заданный вопрос, для выражения собственного мнения);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соблюдать нормы речевого этикета в ситуациях учебного и бытового общения;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анализировать уместность использования средств устного общения в разных ситуациях, во время монолога и диалога.</w:t>
      </w:r>
    </w:p>
    <w:p w:rsidR="0067310A" w:rsidRPr="00B1103C" w:rsidRDefault="000A7245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67310A" w:rsidRPr="00B1103C" w:rsidRDefault="000A7245">
      <w:pPr>
        <w:tabs>
          <w:tab w:val="left" w:pos="180"/>
        </w:tabs>
        <w:autoSpaceDE w:val="0"/>
        <w:autoSpaceDN w:val="0"/>
        <w:spacing w:before="166" w:after="0" w:line="281" w:lineRule="auto"/>
        <w:ind w:right="288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строить устное диалогическое и монологическое высказывание;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разыгрывать готовые диалоги на изученные темы;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читать вслух небольшой текст, построенный на изученном языковом материале с соблюдением правил произношения и интонирования;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кратко излагать содержание прочитанного (услышанного) текста, выражать свое отношение к</w:t>
      </w:r>
    </w:p>
    <w:p w:rsidR="0067310A" w:rsidRPr="00B1103C" w:rsidRDefault="0067310A">
      <w:pPr>
        <w:rPr>
          <w:lang w:val="ru-RU"/>
        </w:rPr>
        <w:sectPr w:rsidR="0067310A" w:rsidRPr="00B1103C">
          <w:pgSz w:w="11900" w:h="16840"/>
          <w:pgMar w:top="298" w:right="730" w:bottom="308" w:left="666" w:header="720" w:footer="720" w:gutter="0"/>
          <w:cols w:space="720" w:equalWidth="0">
            <w:col w:w="10504" w:space="0"/>
          </w:cols>
          <w:docGrid w:linePitch="360"/>
        </w:sectPr>
      </w:pPr>
    </w:p>
    <w:p w:rsidR="0067310A" w:rsidRPr="00B1103C" w:rsidRDefault="0067310A">
      <w:pPr>
        <w:autoSpaceDE w:val="0"/>
        <w:autoSpaceDN w:val="0"/>
        <w:spacing w:after="78" w:line="220" w:lineRule="exact"/>
        <w:rPr>
          <w:lang w:val="ru-RU"/>
        </w:rPr>
      </w:pPr>
    </w:p>
    <w:p w:rsidR="0067310A" w:rsidRPr="00B1103C" w:rsidRDefault="000A7245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прочитанному (услышанному), используя речевые средства родного языка;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последовательность событий в тексте;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правильно списывать слова, предложения, текст объемом не более 15 слов;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писать под диктовку текст объемом не более 15 слов с учетом изученных правил правописания;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- понимать социокультурные реалии при чтении и 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 xml:space="preserve"> в рамках изученного материала;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использовать на письме разделительный ъ и ь знаки;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выделять в слове ударный слог;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выделять корень слова (простые случаи);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различать однокоренные слова и формы одного и того же слова;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распознавать сложные и парные слова;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понимать особенности слова как единицы лексического уровня языка;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наблюдать за употреблением синонимов, антонимов и омонимов в речи;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подбирать синонимы к словам разных частей речи;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различать однозначные и многозначные слова, прямое и переносное значения слова;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слова, употребленные в прямом и переносном значении (простые случаи);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грамматические признаки имен существительных (число, падеж);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наблюдать за личными местоимениями; использовать личные местоимения для устранения повторов в тексте;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выявлять имя прилагательное среди других частей речи по обобщенному лексическому значению и вопросу;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наблюдать за ролью имен прилагательных в тексте-описании;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наблюдать за особенностями глагола как части речи;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спряжение глаголов настоящего времени;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находить главные члены предложения – подлежащее и сказуемое;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писать сочинение по картине, используя выразительные средства языка;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соблюдать нормы татарского языка в собственной речи и оценивать соблюдение этих норм в речи собеседников.</w:t>
      </w:r>
    </w:p>
    <w:p w:rsidR="0067310A" w:rsidRPr="00B1103C" w:rsidRDefault="000A7245">
      <w:pPr>
        <w:autoSpaceDE w:val="0"/>
        <w:autoSpaceDN w:val="0"/>
        <w:spacing w:before="262"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67310A" w:rsidRPr="00B1103C" w:rsidRDefault="000A7245">
      <w:pPr>
        <w:tabs>
          <w:tab w:val="left" w:pos="180"/>
        </w:tabs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читать про себя небольшие тексты и полностью понимать их содержание;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самостоятельно создавать небольшие устные и письменные тексты;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значение незнакомых слов по контексту;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правильно списывать текст объемом не более 20 слов;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писать изложения и тексты под диктовку объемом не более 20 слов с учетом изученных правил правописания;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применять в речи закон сингармонизма;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проводить фонетический анализ слова;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словарный состав татарского языка с точки зрения его происхождения;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распознавать русские заимствования в татарском языке;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порядок присоединения аффиксов в татарском языке;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различать словообразующие и формообразующие аффиксы;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образовывать новые слова при помощи аффиксов;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принадлежность слова к определенной части речи (в объеме изученного) по комплексу освоенных грамматических признаков;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образовывать степени сравнения прилагательных;</w:t>
      </w:r>
    </w:p>
    <w:p w:rsidR="0067310A" w:rsidRPr="00B1103C" w:rsidRDefault="0067310A">
      <w:pPr>
        <w:rPr>
          <w:lang w:val="ru-RU"/>
        </w:rPr>
        <w:sectPr w:rsidR="0067310A" w:rsidRPr="00B1103C">
          <w:pgSz w:w="11900" w:h="16840"/>
          <w:pgMar w:top="298" w:right="794" w:bottom="452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67310A" w:rsidRPr="00B1103C" w:rsidRDefault="0067310A">
      <w:pPr>
        <w:autoSpaceDE w:val="0"/>
        <w:autoSpaceDN w:val="0"/>
        <w:spacing w:after="78" w:line="220" w:lineRule="exact"/>
        <w:rPr>
          <w:lang w:val="ru-RU"/>
        </w:rPr>
      </w:pPr>
    </w:p>
    <w:p w:rsidR="0067310A" w:rsidRPr="00B1103C" w:rsidRDefault="000A7245" w:rsidP="00541209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  <w:sectPr w:rsidR="0067310A" w:rsidRPr="00B1103C" w:rsidSect="00541209">
          <w:pgSz w:w="16840" w:h="11900" w:orient="landscape"/>
          <w:pgMar w:top="788" w:right="1440" w:bottom="666" w:left="298" w:header="720" w:footer="720" w:gutter="0"/>
          <w:cols w:space="720" w:equalWidth="0">
            <w:col w:w="10446" w:space="0"/>
          </w:cols>
          <w:docGrid w:linePitch="360"/>
        </w:sectPr>
      </w:pP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использовать в речи личные местоимения;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использовать в речи вопросительные и указательные местоимения «кем» («кто»), 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нəрсə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» («что»),«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кайда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» («где»), 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күпме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» («сколько»), «</w:t>
      </w:r>
      <w:proofErr w:type="spellStart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бу</w:t>
      </w:r>
      <w:proofErr w:type="spellEnd"/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» («это»), «теге» («тот»);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значение и употребление в речи порядковых и количественных числительных;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распознавать форму повелительного наклонения глагола;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определять категорию времени глагола: настоящее, прошедшее и будущее;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образовывать отрицательный аспект глаголов настоящего, прошедшего и будущего времени;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находить второстепенные члены предложения;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владеть техникой выступления с небольшими сообщениями перед знакомой аудиторией;</w:t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выражать собственное мнение, аргументируя его с учетом ситуации общения;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понимать цель письменного пересказа текста;</w:t>
      </w:r>
      <w:r w:rsidRPr="00B1103C">
        <w:rPr>
          <w:lang w:val="ru-RU"/>
        </w:rPr>
        <w:br/>
      </w:r>
      <w:r w:rsidRPr="00B1103C">
        <w:rPr>
          <w:lang w:val="ru-RU"/>
        </w:rPr>
        <w:tab/>
      </w:r>
      <w:r w:rsidRPr="00B1103C">
        <w:rPr>
          <w:rFonts w:ascii="Times New Roman" w:eastAsia="Times New Roman" w:hAnsi="Times New Roman"/>
          <w:color w:val="000000"/>
          <w:sz w:val="24"/>
          <w:lang w:val="ru-RU"/>
        </w:rPr>
        <w:t>- представлять на татарском языке свою страну и культуру.</w:t>
      </w:r>
    </w:p>
    <w:p w:rsidR="0067310A" w:rsidRDefault="000A7245" w:rsidP="00541209">
      <w:pPr>
        <w:autoSpaceDE w:val="0"/>
        <w:autoSpaceDN w:val="0"/>
        <w:spacing w:after="92" w:line="374" w:lineRule="auto"/>
        <w:ind w:right="11952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lastRenderedPageBreak/>
        <w:t xml:space="preserve">ТЕМАТИЧЕСКОЕ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18"/>
        </w:rPr>
        <w:t>1 КЛАСС</w:t>
      </w:r>
    </w:p>
    <w:tbl>
      <w:tblPr>
        <w:tblW w:w="1516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42"/>
        <w:gridCol w:w="149"/>
        <w:gridCol w:w="559"/>
        <w:gridCol w:w="5925"/>
        <w:gridCol w:w="576"/>
        <w:gridCol w:w="1838"/>
        <w:gridCol w:w="1872"/>
        <w:gridCol w:w="3397"/>
        <w:gridCol w:w="709"/>
      </w:tblGrid>
      <w:tr w:rsidR="0067310A" w:rsidTr="00541209">
        <w:trPr>
          <w:trHeight w:hRule="exact" w:val="348"/>
        </w:trPr>
        <w:tc>
          <w:tcPr>
            <w:tcW w:w="2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4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1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64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41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</w:tr>
      <w:tr w:rsidR="0067310A" w:rsidTr="00541209">
        <w:trPr>
          <w:gridBefore w:val="1"/>
          <w:gridAfter w:val="1"/>
          <w:wBefore w:w="142" w:type="dxa"/>
          <w:wAfter w:w="709" w:type="dxa"/>
          <w:trHeight w:hRule="exact" w:val="348"/>
        </w:trPr>
        <w:tc>
          <w:tcPr>
            <w:tcW w:w="14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«Мин» («Я»)</w:t>
            </w:r>
          </w:p>
        </w:tc>
      </w:tr>
      <w:tr w:rsidR="0067310A" w:rsidTr="00541209">
        <w:trPr>
          <w:trHeight w:hRule="exact" w:val="350"/>
        </w:trPr>
        <w:tc>
          <w:tcPr>
            <w:tcW w:w="15167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речевой деятельности</w:t>
            </w:r>
          </w:p>
        </w:tc>
      </w:tr>
      <w:tr w:rsidR="0067310A" w:rsidTr="00541209">
        <w:trPr>
          <w:trHeight w:hRule="exact" w:val="348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на тему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Белем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бəйрəме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(«День знаний»)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48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 гигиены чтения и письма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48"/>
        </w:trPr>
        <w:tc>
          <w:tcPr>
            <w:tcW w:w="6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RPr="00084955" w:rsidTr="00541209">
        <w:trPr>
          <w:trHeight w:hRule="exact" w:val="34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2. </w:t>
            </w: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Обучение грамоте (фонетика, графика, чтение, письмо)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Буквы и звуки татарского алфавита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Чтение слов по слогам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Выработка связного и ритмичного написания букв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Слова, которые пишутся с заглавной буквы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50"/>
        </w:trPr>
        <w:tc>
          <w:tcPr>
            <w:tcW w:w="6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7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Tr="00541209">
        <w:trPr>
          <w:trHeight w:hRule="exact" w:val="34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Развитие речи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на тему «Мин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мəктəптə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һəм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өйдə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(«Я в школе и дома»)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Урок-игра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48"/>
        </w:trPr>
        <w:tc>
          <w:tcPr>
            <w:tcW w:w="6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RPr="00084955" w:rsidTr="00541209">
        <w:trPr>
          <w:trHeight w:hRule="exact" w:val="34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«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Тирə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-як, 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көнкүреш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вокруг меня»)</w:t>
            </w:r>
          </w:p>
        </w:tc>
      </w:tr>
      <w:tr w:rsidR="0067310A" w:rsidTr="00541209">
        <w:trPr>
          <w:trHeight w:hRule="exact" w:val="34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речевой деятельности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на тему «Минем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яраткан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уенчыкларым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(«Мои любимые игрушки»)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по слогам слов и предложений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50"/>
        </w:trPr>
        <w:tc>
          <w:tcPr>
            <w:tcW w:w="6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7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RPr="00084955" w:rsidTr="00541209">
        <w:trPr>
          <w:trHeight w:hRule="exact" w:val="34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5. </w:t>
            </w: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Обучение грамоте (фонетика, графика, чтение, письмо)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Основные элементы соединения букв в слове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Слог. Запись слов по слогам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4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Запись слов и предложений по памяти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 w:rsidTr="00541209">
        <w:trPr>
          <w:trHeight w:hRule="exact" w:val="328"/>
        </w:trPr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Запись предложений после предварительного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слого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-звукового разбора каждого слова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 w:rsidSect="00D4090E">
          <w:pgSz w:w="16840" w:h="11900" w:orient="landscape"/>
          <w:pgMar w:top="406" w:right="1134" w:bottom="282" w:left="964" w:header="720" w:footer="720" w:gutter="0"/>
          <w:cols w:space="720" w:equalWidth="0">
            <w:col w:w="15300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6484"/>
        <w:gridCol w:w="576"/>
        <w:gridCol w:w="1838"/>
        <w:gridCol w:w="1872"/>
        <w:gridCol w:w="4300"/>
      </w:tblGrid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Татарский алфавит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Контрольное списывание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6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Развитие речи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прослушанным текстом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50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10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«Туган җирем» («Моя Родина»)</w:t>
            </w:r>
          </w:p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7. </w:t>
            </w: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Систематический курс (фонетика и орфоэпия, графика, орфография)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Речь. Устная речь и письменная речь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 и предложение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Перенос слов из строки в строку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Ударение. Ударный слог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Повторение. Работа с текстом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Табигать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күренешлəре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(«Явления природы»)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слов с гласными о и ө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5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специфичных согласных звуков татарского языка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6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«Татар 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дөньясы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татарского народа»)</w:t>
            </w:r>
          </w:p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8. </w:t>
            </w: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Систематический курс (фонетика и орфоэпия, морфология, орфография, 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морфемика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Гласные звуки татарского языка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Согласные звуки татарского языка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Звуковое значение букв е, ё, ю, 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Слова, отвечающие на вопросы «кем?»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?») и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нəрсə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?» («что?»)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5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Особенности присоединения аффиксов в татарском языке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8.7.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Контрольный диктант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6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67310A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28"/>
        </w:trPr>
        <w:tc>
          <w:tcPr>
            <w:tcW w:w="6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 w:rsidSect="00D4090E">
          <w:pgSz w:w="16840" w:h="11900" w:orient="landscape"/>
          <w:pgMar w:top="436" w:right="666" w:bottom="284" w:left="640" w:header="720" w:footer="720" w:gutter="0"/>
          <w:cols w:space="720" w:equalWidth="0">
            <w:col w:w="15738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6916"/>
        <w:gridCol w:w="576"/>
        <w:gridCol w:w="1838"/>
        <w:gridCol w:w="6172"/>
      </w:tblGrid>
      <w:tr w:rsidR="0067310A">
        <w:trPr>
          <w:trHeight w:hRule="exact" w:val="348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</w:tr>
    </w:tbl>
    <w:p w:rsidR="0067310A" w:rsidRDefault="000A7245">
      <w:pPr>
        <w:autoSpaceDE w:val="0"/>
        <w:autoSpaceDN w:val="0"/>
        <w:spacing w:before="188" w:after="92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92"/>
        <w:gridCol w:w="6676"/>
        <w:gridCol w:w="564"/>
        <w:gridCol w:w="1778"/>
        <w:gridCol w:w="1824"/>
        <w:gridCol w:w="4168"/>
      </w:tblGrid>
      <w:tr w:rsidR="0067310A">
        <w:trPr>
          <w:trHeight w:hRule="exact" w:val="348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7310A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«Мин» («Я»)</w:t>
            </w:r>
          </w:p>
        </w:tc>
      </w:tr>
      <w:tr w:rsidR="0067310A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речевой деятельности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текстами о героях сказок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материала, изученного в 1 классе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2. </w:t>
            </w: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Систематический курс (фонетика и орфоэпия, графика)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Система гласных звуков татарского языка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Согласные звуки в татарском языке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Развитие речи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Урок-игра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«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Тирə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-як, 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көнкүреш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вокруг меня»)</w:t>
            </w:r>
          </w:p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 (лексика)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Лексическое значение слова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Синонимы. Антонимы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Диктант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«Туган җирем» («Моя Родина»)</w:t>
            </w:r>
          </w:p>
        </w:tc>
      </w:tr>
      <w:tr w:rsidR="0067310A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 (морфология)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 w:rsidSect="00D4090E">
          <w:pgSz w:w="16840" w:h="11900" w:orient="landscape"/>
          <w:pgMar w:top="364" w:right="666" w:bottom="284" w:left="640" w:header="720" w:footer="720" w:gutter="0"/>
          <w:cols w:space="720" w:equalWidth="0">
            <w:col w:w="15810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92"/>
        <w:gridCol w:w="6676"/>
        <w:gridCol w:w="564"/>
        <w:gridCol w:w="1778"/>
        <w:gridCol w:w="1824"/>
        <w:gridCol w:w="4168"/>
      </w:tblGrid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Самостоятельные части речи: имя существительное, имя прилагательное, глагол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существительное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прилагательное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Повторение. </w:t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Словарный диктант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50"/>
        </w:trPr>
        <w:tc>
          <w:tcPr>
            <w:tcW w:w="4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66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Контрольное списывание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Изложение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речевой деятельности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 рассказа по картине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аудиотекстом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 на тему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Бездə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яши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торган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хайваннар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(«Животные моего края»)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Монолог на тему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Табигатькə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ничек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ярдəм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итеп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була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?»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можем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помочь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природе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?»)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74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«Татар 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дөньясы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татарского народа»)</w:t>
            </w:r>
          </w:p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9. </w:t>
            </w: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Систематический курс (морфология, синтаксис)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Настоящее время глагола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9.2.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9.3.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9.4.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Контрольный диктант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9.5.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изученного во 2 классе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10.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67310A">
        <w:trPr>
          <w:trHeight w:hRule="exact" w:val="350"/>
        </w:trPr>
        <w:tc>
          <w:tcPr>
            <w:tcW w:w="4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66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 на тему «Татар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милли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бəйрəмнəре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(«Татарские национальные праздники»)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1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Проектная работа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Сочинение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5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</w:tr>
    </w:tbl>
    <w:p w:rsidR="0067310A" w:rsidRPr="006475F7" w:rsidRDefault="006475F7">
      <w:pPr>
        <w:rPr>
          <w:lang w:val="ru-RU"/>
        </w:rPr>
        <w:sectPr w:rsidR="0067310A" w:rsidRPr="006475F7" w:rsidSect="00D4090E">
          <w:pgSz w:w="16840" w:h="11900" w:orient="landscape"/>
          <w:pgMar w:top="230" w:right="666" w:bottom="284" w:left="640" w:header="720" w:footer="720" w:gutter="0"/>
          <w:cols w:space="720" w:equalWidth="0">
            <w:col w:w="15944" w:space="0"/>
          </w:cols>
          <w:docGrid w:linePitch="360"/>
        </w:sectPr>
      </w:pPr>
      <w:r>
        <w:rPr>
          <w:lang w:val="ru-RU"/>
        </w:rPr>
        <w:t xml:space="preserve">М </w:t>
      </w:r>
    </w:p>
    <w:p w:rsidR="0067310A" w:rsidRDefault="0067310A">
      <w:pPr>
        <w:autoSpaceDE w:val="0"/>
        <w:autoSpaceDN w:val="0"/>
        <w:spacing w:after="20" w:line="220" w:lineRule="exact"/>
      </w:pPr>
    </w:p>
    <w:p w:rsidR="0067310A" w:rsidRDefault="000A7245">
      <w:pPr>
        <w:autoSpaceDE w:val="0"/>
        <w:autoSpaceDN w:val="0"/>
        <w:spacing w:after="94" w:line="230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3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6592"/>
        <w:gridCol w:w="564"/>
        <w:gridCol w:w="1802"/>
        <w:gridCol w:w="1836"/>
        <w:gridCol w:w="4204"/>
      </w:tblGrid>
      <w:tr w:rsidR="0067310A">
        <w:trPr>
          <w:trHeight w:hRule="exact" w:val="348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7310A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«Мин» («Я»)</w:t>
            </w:r>
          </w:p>
        </w:tc>
      </w:tr>
      <w:tr w:rsidR="0067310A" w:rsidRPr="00084955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1. </w:t>
            </w: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Систематический курс (фонетика, 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морфемика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5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материала, изученного во 2 классе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и чтение слов с буквами ъ и ь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Слог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Сложные слова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Парные слова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Повторение. Работа с текстом о татарских анимационных фильмах.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диктант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Изложение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речевой деятельности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5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Развитие речи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Урок-игра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«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Тирə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-як, 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көнкүреш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вокруг меня»)</w:t>
            </w:r>
          </w:p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речевой деятельности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 (лексика)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Лексическое значение слова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Диктант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Проектная работа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«Туган җирем» («Моя Родина»)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 w:rsidSect="00D4090E">
          <w:pgSz w:w="16840" w:h="11900" w:orient="landscape"/>
          <w:pgMar w:top="334" w:right="666" w:bottom="242" w:left="640" w:header="720" w:footer="720" w:gutter="0"/>
          <w:cols w:space="720" w:equalWidth="0">
            <w:col w:w="15840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6592"/>
        <w:gridCol w:w="564"/>
        <w:gridCol w:w="1802"/>
        <w:gridCol w:w="1836"/>
        <w:gridCol w:w="4204"/>
      </w:tblGrid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6. </w:t>
            </w: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Систематический курс (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морфемика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морфология)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Корень слова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Аффиксы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Контрольный диктант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5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65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существительное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Личные местоимения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Спряжение глаголов настоящего времени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6.8.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Проектная работа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6.9.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Контрольное изложение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речевой деятельности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на тему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Сəяхəттə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(«В путешествии»)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494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Творческая работа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«Татар 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дөньясы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татарского народа»)</w:t>
            </w:r>
          </w:p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 (морфология)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прилагательное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9.2.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самостоятельных частей речи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10.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речевой деятельности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текстом. </w:t>
            </w:r>
            <w:r w:rsidRPr="00B1103C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Контрольное списывание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50"/>
        </w:trPr>
        <w:tc>
          <w:tcPr>
            <w:tcW w:w="709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842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 (синтаксис)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Главные члены предложения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11.2.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изученного в 3 классе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11.3.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Сочинение по картине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 w:rsidSect="00D4090E">
          <w:pgSz w:w="16840" w:h="11900" w:orient="landscape"/>
          <w:pgMar w:top="364" w:right="666" w:bottom="284" w:left="640" w:header="720" w:footer="720" w:gutter="0"/>
          <w:cols w:space="720" w:equalWidth="0">
            <w:col w:w="15810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6592"/>
        <w:gridCol w:w="564"/>
        <w:gridCol w:w="1802"/>
        <w:gridCol w:w="1836"/>
        <w:gridCol w:w="4204"/>
      </w:tblGrid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67310A">
        <w:trPr>
          <w:trHeight w:hRule="exact" w:val="3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12.1.</w:t>
            </w:r>
          </w:p>
        </w:tc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Творческая работа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</w:tr>
    </w:tbl>
    <w:p w:rsidR="0067310A" w:rsidRDefault="000A7245">
      <w:pPr>
        <w:autoSpaceDE w:val="0"/>
        <w:autoSpaceDN w:val="0"/>
        <w:spacing w:before="188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4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612"/>
        <w:gridCol w:w="530"/>
        <w:gridCol w:w="1584"/>
        <w:gridCol w:w="1608"/>
        <w:gridCol w:w="3700"/>
      </w:tblGrid>
      <w:tr w:rsidR="0067310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7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3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7310A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«Мин» («Я»)</w:t>
            </w:r>
          </w:p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речевой деятельности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 текста по картине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6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 (фонетика)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пройденного материала в 1, 2, 3 классах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Гласные и согласные звуки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Закон сингармонизма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Ударение и его виды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Транскрипция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Порядок фонетического разбора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Проектная работа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Изложение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5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6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«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Тирə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-як, 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көнкүреш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вокруг меня»)</w:t>
            </w:r>
          </w:p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Систематический курс (лексика, 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морфемика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морфология)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Словарный состав татарского языка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Заимствованные слова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Повторение. Работа с отрывком из фантастического произведения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Билгесез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планетада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(«На неизвестной планете»)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 w:rsidSect="00D4090E">
          <w:pgSz w:w="16840" w:h="11900" w:orient="landscape"/>
          <w:pgMar w:top="346" w:right="666" w:bottom="284" w:left="640" w:header="720" w:footer="720" w:gutter="0"/>
          <w:cols w:space="720" w:equalWidth="0">
            <w:col w:w="15828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612"/>
        <w:gridCol w:w="530"/>
        <w:gridCol w:w="1584"/>
        <w:gridCol w:w="1608"/>
        <w:gridCol w:w="3700"/>
      </w:tblGrid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Слово. Лексическое значение слова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Корень и окончание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Тест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6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«Туган җирем» («Моя Родина»)</w:t>
            </w:r>
          </w:p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речевой деятельности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Презентация на тему «Россия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шəһəрлəре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(«Города России»)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 (морфология)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существительное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прилагательное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Степени сравнения прилагательных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Повторение. </w:t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Словарный диктант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Местоимение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5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числительное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Диктант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Глагол. Повелительное наклонение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5.10.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Контрольное изложение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6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текстом. </w:t>
            </w:r>
            <w:r w:rsidRPr="00B1103C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Контрольное списывание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6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 w:rsidRPr="00084955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«Татар </w:t>
            </w:r>
            <w:proofErr w:type="spellStart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дөньясы</w:t>
            </w:r>
            <w:proofErr w:type="spellEnd"/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» («Мир татарского народа»)</w:t>
            </w:r>
          </w:p>
        </w:tc>
      </w:tr>
      <w:tr w:rsidR="0067310A" w:rsidRPr="00084955">
        <w:trPr>
          <w:trHeight w:hRule="exact" w:val="348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7. </w:t>
            </w:r>
            <w:r w:rsidRPr="00B1103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Систематический курс (морфология, синтаксис)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Главные члены предложения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Второстепенные члены предложения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 w:rsidSect="00D4090E">
          <w:pgSz w:w="16840" w:h="11900" w:orient="landscape"/>
          <w:pgMar w:top="352" w:right="666" w:bottom="284" w:left="640" w:header="720" w:footer="720" w:gutter="0"/>
          <w:cols w:space="720" w:equalWidth="0">
            <w:col w:w="15822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612"/>
        <w:gridCol w:w="530"/>
        <w:gridCol w:w="1584"/>
        <w:gridCol w:w="1608"/>
        <w:gridCol w:w="3700"/>
      </w:tblGrid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Проектная работа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Контрольный диктант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Сочинение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www.tatarschool.ru; www.бала.рф;www.ganiev.org</w:t>
            </w:r>
          </w:p>
        </w:tc>
      </w:tr>
      <w:tr w:rsidR="0067310A">
        <w:trPr>
          <w:trHeight w:hRule="exact" w:val="348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67310A"/>
        </w:tc>
      </w:tr>
      <w:tr w:rsidR="0067310A">
        <w:trPr>
          <w:trHeight w:hRule="exact" w:val="328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5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 w:rsidSect="00D4090E">
          <w:pgSz w:w="16840" w:h="11900" w:orient="landscape"/>
          <w:pgMar w:top="1440" w:right="666" w:bottom="284" w:left="640" w:header="720" w:footer="720" w:gutter="0"/>
          <w:cols w:space="720" w:equalWidth="0">
            <w:col w:w="14734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78" w:line="220" w:lineRule="exact"/>
      </w:pPr>
    </w:p>
    <w:p w:rsidR="0067310A" w:rsidRDefault="000A7245">
      <w:pPr>
        <w:autoSpaceDE w:val="0"/>
        <w:autoSpaceDN w:val="0"/>
        <w:spacing w:after="140" w:line="382" w:lineRule="auto"/>
        <w:ind w:right="6624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502"/>
        <w:gridCol w:w="732"/>
        <w:gridCol w:w="1620"/>
        <w:gridCol w:w="1668"/>
        <w:gridCol w:w="1526"/>
      </w:tblGrid>
      <w:tr w:rsidR="0067310A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67310A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</w:tr>
      <w:tr w:rsidR="0067310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Беседа на тему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Белем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бəйрəме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 («День знаний»). Правила гигиены чтения и письма.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150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5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и звуки татарского алфавита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решение;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 слов по слогам.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Выполнения упр-я;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Выработка связного и ритмичного написания букв.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решение;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Слова, которые пишутся с заглавной буквы.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Диалог на тему «Мин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мəктəптə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һəм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өйд</w:t>
            </w:r>
            <w:proofErr w:type="gram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ə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«Я в школе и дома»).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Урок-игра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71" w:lineRule="auto"/>
              <w:ind w:left="72" w:right="1008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Рассказ на тему «Минем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яраткан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уенчыкларым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 («Мои любимые игрушки»)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 по слогам слов и предложений.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элементы соединения букв в слове.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решение.;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Слог. Запись слов по слогам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Запись слов и предложений по памяти.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7310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 предложений после </w:t>
            </w:r>
            <w:r w:rsidRPr="00B1103C">
              <w:rPr>
                <w:lang w:val="ru-RU"/>
              </w:rPr>
              <w:br/>
            </w: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предварительного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слого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-звукового разбора каждого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Татарский алфавит.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>
          <w:pgSz w:w="11900" w:h="16840"/>
          <w:pgMar w:top="298" w:right="650" w:bottom="3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502"/>
        <w:gridCol w:w="732"/>
        <w:gridCol w:w="1620"/>
        <w:gridCol w:w="1668"/>
        <w:gridCol w:w="1526"/>
      </w:tblGrid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Контрольное списывание.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с прослушанным текстом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Речь.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Устная речь и письменная речь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Перенос слов из строки в строку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Ударение. Ударный слог.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Повторение. Работа с текстом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Табигать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күренешлəре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 («Явления природы»)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слов с гласными о и ө.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специфичных согласных звуков татарского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Гласные звуки татарского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 звуки татарского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Звуковое значение букв е, ё, ю, 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Слова, отвечающие на вопросы «кем</w:t>
            </w:r>
            <w:proofErr w:type="gram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?»(</w:t>
            </w:r>
            <w:proofErr w:type="gram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«кто?») и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нəрсə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?»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(«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присоединения аффиксов в татарском языке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Контрольный диктант.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502"/>
        <w:gridCol w:w="732"/>
        <w:gridCol w:w="1620"/>
        <w:gridCol w:w="1668"/>
        <w:gridCol w:w="1526"/>
      </w:tblGrid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с текстом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</w:tr>
    </w:tbl>
    <w:p w:rsidR="0067310A" w:rsidRDefault="000A7245">
      <w:pPr>
        <w:autoSpaceDE w:val="0"/>
        <w:autoSpaceDN w:val="0"/>
        <w:spacing w:before="218" w:after="14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502"/>
        <w:gridCol w:w="732"/>
        <w:gridCol w:w="1620"/>
        <w:gridCol w:w="1668"/>
        <w:gridCol w:w="1526"/>
      </w:tblGrid>
      <w:tr w:rsidR="0067310A">
        <w:trPr>
          <w:trHeight w:hRule="exact" w:val="494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74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67310A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текстами о героях сказок.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материала, изученного в 1 классе.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Система гласных звуков татарского языка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 в татарском языке.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Урок-игра.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Лексическое значение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Синонимы. Антонимы.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с текстом.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Самостоятельные части речи: имя </w:t>
            </w:r>
            <w:r w:rsidRPr="00B1103C">
              <w:rPr>
                <w:lang w:val="ru-RU"/>
              </w:rPr>
              <w:br/>
            </w: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существительное, имя прилагательное, глагол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>
          <w:pgSz w:w="11900" w:h="16840"/>
          <w:pgMar w:top="284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502"/>
        <w:gridCol w:w="732"/>
        <w:gridCol w:w="1620"/>
        <w:gridCol w:w="1668"/>
        <w:gridCol w:w="1526"/>
      </w:tblGrid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Имя существительное.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Имя прилагательное.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Повторение. Словарный диктант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67310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Контрольное  списывание.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Составление рассказа по картине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с аудиотекстом.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Диалог на тему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Бездə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яши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торган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хайваннар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 («Животные моего края»)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Монолог на тему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Табигатькə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ничек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ярдəм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итеп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була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?»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(«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можем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помочь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Контрольный диктант.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изученного во 2 классе.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 в парах на тему «Татар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милли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бəйрəмнəре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 («Татарские национальные праздники»)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67310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"Имя существительное".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>
          <w:pgSz w:w="11900" w:h="16840"/>
          <w:pgMar w:top="284" w:right="650" w:bottom="4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502"/>
        <w:gridCol w:w="732"/>
        <w:gridCol w:w="1620"/>
        <w:gridCol w:w="1668"/>
        <w:gridCol w:w="1526"/>
      </w:tblGrid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"Имя прилагательное".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изученного за год.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30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9C2F90" w:rsidRDefault="009C2F9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</w:tr>
    </w:tbl>
    <w:p w:rsidR="0067310A" w:rsidRDefault="000A7245">
      <w:pPr>
        <w:autoSpaceDE w:val="0"/>
        <w:autoSpaceDN w:val="0"/>
        <w:spacing w:before="218" w:after="14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3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67310A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67310A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0A" w:rsidRDefault="0067310A"/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материала, изученного во 2 классе.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и чтение слов с буквами ъ и 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выполнение.;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Ударение.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Сложные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выполнение;</w:t>
            </w:r>
          </w:p>
        </w:tc>
      </w:tr>
      <w:tr w:rsidR="0067310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Парные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выполнение;</w:t>
            </w:r>
          </w:p>
        </w:tc>
      </w:tr>
      <w:tr w:rsidR="0067310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71" w:lineRule="auto"/>
              <w:ind w:left="72" w:right="1008"/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Повторение. Работа с текстом о татарских анимационных </w:t>
            </w:r>
            <w:r w:rsidRPr="00B1103C">
              <w:rPr>
                <w:lang w:val="ru-RU"/>
              </w:rPr>
              <w:br/>
            </w: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фильмах.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Словарный диктант.;</w:t>
            </w:r>
          </w:p>
        </w:tc>
      </w:tr>
      <w:tr w:rsidR="0067310A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с текстом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Урок-игра.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с текстом.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выполнение;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>
          <w:pgSz w:w="11900" w:h="16840"/>
          <w:pgMar w:top="284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выполнение;</w:t>
            </w:r>
          </w:p>
        </w:tc>
      </w:tr>
      <w:tr w:rsidR="0067310A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Корень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Письменное выполнение;</w:t>
            </w:r>
          </w:p>
        </w:tc>
      </w:tr>
      <w:tr w:rsidR="0067310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Аффиксы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Контрольный диктант.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Имя существительное.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Спряжение глаголов настоящего времени.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Контрольное изложение.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с текстом.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Беседа на тему «</w:t>
            </w:r>
            <w:proofErr w:type="spellStart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Сəяхəттə</w:t>
            </w:r>
            <w:proofErr w:type="spellEnd"/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 («В путешествии»)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Имя прилагательное.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самостоятельных частей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текстом. Контрольное списывание.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изученного в 3 классе.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67310A" w:rsidRDefault="0067310A">
      <w:pPr>
        <w:autoSpaceDE w:val="0"/>
        <w:autoSpaceDN w:val="0"/>
        <w:spacing w:after="0" w:line="14" w:lineRule="exact"/>
      </w:pPr>
    </w:p>
    <w:p w:rsidR="0067310A" w:rsidRDefault="0067310A">
      <w:pPr>
        <w:sectPr w:rsidR="0067310A">
          <w:pgSz w:w="11900" w:h="16840"/>
          <w:pgMar w:top="284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454"/>
        <w:gridCol w:w="732"/>
        <w:gridCol w:w="1620"/>
        <w:gridCol w:w="1668"/>
        <w:gridCol w:w="1574"/>
      </w:tblGrid>
      <w:tr w:rsidR="0067310A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 по картине.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67310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7310A">
        <w:trPr>
          <w:trHeight w:hRule="exact" w:val="828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B1103C" w:rsidRDefault="000A7245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B110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Pr="009C2F90" w:rsidRDefault="009C2F9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10A" w:rsidRDefault="000A72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</w:tr>
    </w:tbl>
    <w:p w:rsidR="0067310A" w:rsidRDefault="000A7245">
      <w:pPr>
        <w:autoSpaceDE w:val="0"/>
        <w:autoSpaceDN w:val="0"/>
        <w:spacing w:before="220" w:after="144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4 КЛАСС</w:t>
      </w:r>
    </w:p>
    <w:p w:rsidR="0067310A" w:rsidRPr="002A204B" w:rsidRDefault="0067310A">
      <w:pPr>
        <w:rPr>
          <w:lang w:val="ru-RU"/>
        </w:rPr>
        <w:sectPr w:rsidR="0067310A" w:rsidRPr="002A204B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A204B" w:rsidRDefault="002A204B" w:rsidP="002A204B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748"/>
        <w:gridCol w:w="850"/>
        <w:gridCol w:w="1134"/>
        <w:gridCol w:w="1326"/>
        <w:gridCol w:w="1164"/>
        <w:gridCol w:w="1826"/>
      </w:tblGrid>
      <w:tr w:rsidR="002A204B" w:rsidTr="002C0006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3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2A204B" w:rsidRPr="00A167E6" w:rsidTr="002C0006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B" w:rsidRDefault="002A204B" w:rsidP="002C0006"/>
        </w:tc>
        <w:tc>
          <w:tcPr>
            <w:tcW w:w="3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B" w:rsidRDefault="002A204B" w:rsidP="002C000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Конт. работы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proofErr w:type="spellStart"/>
            <w:r w:rsidRPr="00A167E6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Практ</w:t>
            </w:r>
            <w:proofErr w:type="spellEnd"/>
            <w:r w:rsidRPr="00A167E6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. работы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B" w:rsidRPr="00A167E6" w:rsidRDefault="002A204B" w:rsidP="002C0006">
            <w:pPr>
              <w:rPr>
                <w:lang w:val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04B" w:rsidRPr="00A167E6" w:rsidRDefault="002A204B" w:rsidP="002C0006">
            <w:pPr>
              <w:rPr>
                <w:lang w:val="ru-RU"/>
              </w:rPr>
            </w:pPr>
          </w:p>
        </w:tc>
      </w:tr>
      <w:tr w:rsidR="002A204B" w:rsidRPr="00A167E6" w:rsidTr="002C0006">
        <w:trPr>
          <w:trHeight w:hRule="exact" w:val="7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текстом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Составление текста по картине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rPr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2A204B" w:rsidRPr="00A167E6" w:rsidTr="002C0006">
        <w:trPr>
          <w:trHeight w:hRule="exact" w:val="70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пройденного материала в 1, 2, 3 классах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rPr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Tr="002C0006">
        <w:trPr>
          <w:trHeight w:hRule="exact" w:val="5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Tr="002C0006">
        <w:trPr>
          <w:trHeight w:hRule="exact" w:val="72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694AF0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Гласные и согласные звуки. Мягкие и твердые слова.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Tr="002C0006">
        <w:trPr>
          <w:trHeight w:hRule="exact" w:val="70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Характеристика звуков по заданным признакам.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Tr="002C0006">
        <w:trPr>
          <w:trHeight w:hRule="exact" w:val="7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Алгоритм </w:t>
            </w:r>
            <w:proofErr w:type="spellStart"/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звуко</w:t>
            </w:r>
            <w:proofErr w:type="spellEnd"/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</w:t>
            </w:r>
            <w:r w:rsidRPr="00A167E6">
              <w:rPr>
                <w:lang w:val="ru-RU"/>
              </w:rPr>
              <w:br/>
            </w: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буквенного анализа слов.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Tr="002C0006">
        <w:trPr>
          <w:trHeight w:hRule="exact" w:val="7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Tr="002C0006">
        <w:trPr>
          <w:trHeight w:hRule="exact" w:val="7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Закон сингармонизма в татарском языке.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Диктант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8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Ударение и его виды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Транскипция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rPr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2A204B" w:rsidRPr="009043CA" w:rsidTr="002C0006">
        <w:trPr>
          <w:trHeight w:hRule="exact" w:val="7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Порядок фонетического разбора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rPr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2A204B" w:rsidRPr="009043CA" w:rsidTr="002C000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rPr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Tr="002C0006">
        <w:trPr>
          <w:trHeight w:hRule="exact" w:val="7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Tr="002C0006">
        <w:trPr>
          <w:trHeight w:hRule="exact" w:val="7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Tr="002C00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Распознавание русских </w:t>
            </w:r>
            <w:r w:rsidRPr="00A167E6">
              <w:rPr>
                <w:lang w:val="ru-RU"/>
              </w:rPr>
              <w:br/>
            </w: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заимствований в татарском языке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Tr="002C0006">
        <w:trPr>
          <w:trHeight w:hRule="exact" w:val="57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Лексическое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Tr="002C0006">
        <w:trPr>
          <w:trHeight w:hRule="exact" w:val="131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Лексическое значение </w:t>
            </w:r>
            <w:r w:rsidRPr="00A167E6">
              <w:rPr>
                <w:lang w:val="ru-RU"/>
              </w:rPr>
              <w:br/>
            </w: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слова. Установление </w:t>
            </w:r>
            <w:r w:rsidRPr="00A167E6">
              <w:rPr>
                <w:lang w:val="ru-RU"/>
              </w:rPr>
              <w:br/>
            </w: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значения слова с опорой на текст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</w:tr>
      <w:tr w:rsidR="002A204B" w:rsidRPr="009043CA" w:rsidTr="002C0006">
        <w:trPr>
          <w:trHeight w:hRule="exact" w:val="3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7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Корень и окончание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Диктант 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rPr>
                <w:lang w:val="ru-RU"/>
              </w:rPr>
            </w:pP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2A204B" w:rsidRPr="009043CA" w:rsidTr="002C0006">
        <w:trPr>
          <w:trHeight w:hRule="exact" w:val="5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</w:t>
            </w: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Самостоятельные части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rPr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2A204B" w:rsidRPr="009043CA" w:rsidTr="002C0006">
        <w:trPr>
          <w:trHeight w:hRule="exact" w:val="4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существительное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rPr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 w:rsidRPr="009043C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Собственные и </w:t>
            </w:r>
            <w:r w:rsidRPr="00A167E6">
              <w:rPr>
                <w:lang w:val="ru-RU"/>
              </w:rPr>
              <w:br/>
            </w: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нарицательные имена существительные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4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7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112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Местоимение.</w:t>
            </w:r>
          </w:p>
          <w:p w:rsidR="002A204B" w:rsidRPr="00694AF0" w:rsidRDefault="002A204B" w:rsidP="002C000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Группировка местоимений по разным основаниям.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7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9043CA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диктант</w:t>
            </w:r>
          </w:p>
        </w:tc>
      </w:tr>
      <w:tr w:rsidR="002A204B" w:rsidRPr="009043CA" w:rsidTr="002C0006">
        <w:trPr>
          <w:trHeight w:hRule="exact" w:val="9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3218B2" w:rsidRDefault="002A204B" w:rsidP="002C000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218B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Глагол. Повелительное наклонение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94A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3218B2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3218B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3218B2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18B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3218B2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18B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3218B2" w:rsidRDefault="002A204B" w:rsidP="002C0006">
            <w:pPr>
              <w:rPr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3218B2" w:rsidRDefault="002A204B" w:rsidP="002C000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218B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2A204B" w:rsidRPr="009043CA" w:rsidTr="002C0006">
        <w:trPr>
          <w:trHeight w:hRule="exact" w:val="5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Обучающее изложение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62" w:lineRule="auto"/>
              <w:ind w:left="72" w:right="129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10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71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62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108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200DFE" w:rsidRDefault="002A204B" w:rsidP="002C0006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Подготовка к проектной работе "Татарские </w:t>
            </w:r>
            <w:r w:rsidRPr="00A167E6">
              <w:rPr>
                <w:lang w:val="ru-RU"/>
              </w:rPr>
              <w:br/>
            </w:r>
            <w:r w:rsidRPr="00A167E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народные сказки"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100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A167E6" w:rsidRDefault="002A204B" w:rsidP="002C0006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5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Default="002A204B" w:rsidP="002C0006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A204B" w:rsidRPr="009043CA" w:rsidTr="002C000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694AF0" w:rsidRDefault="002A204B" w:rsidP="002C000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694AF0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Итоговый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694AF0" w:rsidRDefault="002A204B" w:rsidP="002C0006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694AF0" w:rsidRDefault="00826BDD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694AF0" w:rsidRDefault="00826BDD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694AF0" w:rsidRDefault="002A204B" w:rsidP="002C00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A204B" w:rsidRPr="00694AF0" w:rsidRDefault="002A204B" w:rsidP="002C000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A204B" w:rsidRPr="009043CA" w:rsidRDefault="002A204B" w:rsidP="002A204B">
      <w:pPr>
        <w:rPr>
          <w:lang w:val="ru-RU"/>
        </w:rPr>
        <w:sectPr w:rsidR="002A204B" w:rsidRPr="009043CA">
          <w:pgSz w:w="11900" w:h="16840"/>
          <w:pgMar w:top="298" w:right="650" w:bottom="5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10A" w:rsidRDefault="0067310A">
      <w:pPr>
        <w:autoSpaceDE w:val="0"/>
        <w:autoSpaceDN w:val="0"/>
        <w:spacing w:after="78" w:line="220" w:lineRule="exact"/>
      </w:pPr>
    </w:p>
    <w:p w:rsidR="0067310A" w:rsidRPr="007A29D9" w:rsidRDefault="000A7245">
      <w:pPr>
        <w:autoSpaceDE w:val="0"/>
        <w:autoSpaceDN w:val="0"/>
        <w:spacing w:after="0" w:line="230" w:lineRule="auto"/>
        <w:rPr>
          <w:lang w:val="ru-RU"/>
        </w:rPr>
      </w:pPr>
      <w:r w:rsidRPr="007A29D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3129B4" w:rsidRDefault="000A7245" w:rsidP="003129B4">
      <w:pPr>
        <w:autoSpaceDE w:val="0"/>
        <w:autoSpaceDN w:val="0"/>
        <w:spacing w:before="346" w:after="0" w:line="413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</w:p>
    <w:p w:rsidR="00A82B33" w:rsidRDefault="00A82B33" w:rsidP="00A82B33">
      <w:pPr>
        <w:autoSpaceDE w:val="0"/>
        <w:autoSpaceDN w:val="0"/>
        <w:spacing w:before="346" w:after="0" w:line="413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71CA3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М.А. Мукимова, В.А. Садыкова, И.Р.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Самигуллина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, «Татар теле», 1 класс, Уфа «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Китап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», 2021</w:t>
      </w:r>
    </w:p>
    <w:p w:rsidR="007A29D9" w:rsidRDefault="007A29D9" w:rsidP="003129B4">
      <w:pPr>
        <w:autoSpaceDE w:val="0"/>
        <w:autoSpaceDN w:val="0"/>
        <w:spacing w:before="346" w:after="0" w:line="413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71CA3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М.А. Мукимова,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Р.К.Гафарова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Г.Н.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Гаскарова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, В.А. Садыкова, «Татар теле», 2 класс, Уфа «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Китап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», 2021</w:t>
      </w:r>
    </w:p>
    <w:p w:rsidR="007A29D9" w:rsidRDefault="007A29D9" w:rsidP="003129B4">
      <w:pPr>
        <w:autoSpaceDE w:val="0"/>
        <w:autoSpaceDN w:val="0"/>
        <w:spacing w:before="346" w:after="0" w:line="413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71CA3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Ф.А. Гафурова, Б.С.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Салимгараева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Л.Ш.Гайнетдинова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«Татар теле», в двух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частях,  3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класс, Уфа «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Китап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»</w:t>
      </w:r>
    </w:p>
    <w:p w:rsidR="00A82B33" w:rsidRDefault="00A82B33" w:rsidP="00A82B33">
      <w:pPr>
        <w:autoSpaceDE w:val="0"/>
        <w:autoSpaceDN w:val="0"/>
        <w:spacing w:before="346" w:after="0" w:line="413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71CA3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М.А. Мукимова, Р.Т.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Галиева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А.Г.Биккулова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В.А. Садыкова «Татар теле», в двух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частях,  4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класс, Уфа «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Китап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»</w:t>
      </w:r>
    </w:p>
    <w:p w:rsidR="002A204B" w:rsidRDefault="000A7245" w:rsidP="008E27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1103C">
        <w:rPr>
          <w:lang w:val="ru-RU"/>
        </w:rPr>
        <w:br/>
      </w: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</w:p>
    <w:p w:rsidR="008E2758" w:rsidRPr="008E2758" w:rsidRDefault="002A204B" w:rsidP="008E27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971CA3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2A204B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Рабочая программа</w:t>
      </w:r>
      <w:r w:rsidRPr="002A204B">
        <w:rPr>
          <w:rFonts w:ascii="Times New Roman" w:eastAsia="Times New Roman" w:hAnsi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lang w:val="ru-RU"/>
        </w:rPr>
        <w:t xml:space="preserve">по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r w:rsidRPr="002A204B">
        <w:rPr>
          <w:rFonts w:ascii="Times New Roman" w:eastAsia="Times New Roman" w:hAnsi="Times New Roman"/>
          <w:color w:val="000000"/>
          <w:sz w:val="24"/>
          <w:lang w:val="ru-RU"/>
        </w:rPr>
        <w:t>одном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r w:rsidRPr="002A204B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(татарском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у) языку</w:t>
      </w:r>
      <w:r w:rsidRPr="002A204B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971CA3">
        <w:rPr>
          <w:lang w:val="ru-RU"/>
        </w:rPr>
        <w:br/>
      </w:r>
      <w:r w:rsidR="000A7245" w:rsidRPr="00B1103C">
        <w:rPr>
          <w:lang w:val="ru-RU"/>
        </w:rPr>
        <w:br/>
      </w:r>
      <w:r w:rsidR="008E2758" w:rsidRPr="008E2758">
        <w:rPr>
          <w:rFonts w:ascii="TimesNewRomanPSMT" w:hAnsi="TimesNewRomanPSMT" w:cs="TimesNewRomanPSMT"/>
          <w:sz w:val="20"/>
          <w:szCs w:val="20"/>
          <w:lang w:val="ru-RU"/>
        </w:rPr>
        <w:t>Харисов Ф. Ф.;</w:t>
      </w:r>
    </w:p>
    <w:p w:rsidR="008E2758" w:rsidRPr="008E2758" w:rsidRDefault="008E2758" w:rsidP="008E27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8E2758">
        <w:rPr>
          <w:rFonts w:ascii="TimesNewRomanPSMT" w:hAnsi="TimesNewRomanPSMT" w:cs="TimesNewRomanPSMT"/>
          <w:sz w:val="20"/>
          <w:szCs w:val="20"/>
          <w:lang w:val="ru-RU"/>
        </w:rPr>
        <w:t xml:space="preserve">Харисова Ч. М. Татар теле: </w:t>
      </w:r>
      <w:proofErr w:type="spellStart"/>
      <w:r w:rsidRPr="008E2758">
        <w:rPr>
          <w:rFonts w:ascii="TimesNewRomanPSMT" w:hAnsi="TimesNewRomanPSMT" w:cs="TimesNewRomanPSMT"/>
          <w:sz w:val="20"/>
          <w:szCs w:val="20"/>
          <w:lang w:val="ru-RU"/>
        </w:rPr>
        <w:t>диктантлар</w:t>
      </w:r>
      <w:proofErr w:type="spellEnd"/>
      <w:r w:rsidRPr="008E2758">
        <w:rPr>
          <w:rFonts w:ascii="TimesNewRomanPSMT" w:hAnsi="TimesNewRomanPSMT" w:cs="TimesNewRomanPSMT"/>
          <w:sz w:val="20"/>
          <w:szCs w:val="20"/>
          <w:lang w:val="ru-RU"/>
        </w:rPr>
        <w:t xml:space="preserve"> </w:t>
      </w:r>
      <w:proofErr w:type="spellStart"/>
      <w:r w:rsidRPr="008E2758">
        <w:rPr>
          <w:rFonts w:ascii="TimesNewRomanPSMT" w:hAnsi="TimesNewRomanPSMT" w:cs="TimesNewRomanPSMT"/>
          <w:sz w:val="20"/>
          <w:szCs w:val="20"/>
          <w:lang w:val="ru-RU"/>
        </w:rPr>
        <w:t>җыентыгы</w:t>
      </w:r>
      <w:proofErr w:type="spellEnd"/>
      <w:r w:rsidRPr="008E2758">
        <w:rPr>
          <w:rFonts w:ascii="TimesNewRomanPSMT" w:hAnsi="TimesNewRomanPSMT" w:cs="TimesNewRomanPSMT"/>
          <w:sz w:val="20"/>
          <w:szCs w:val="20"/>
          <w:lang w:val="ru-RU"/>
        </w:rPr>
        <w:t xml:space="preserve">. 1-4 </w:t>
      </w:r>
      <w:proofErr w:type="spellStart"/>
      <w:r w:rsidRPr="008E2758">
        <w:rPr>
          <w:rFonts w:ascii="TimesNewRomanPSMT" w:hAnsi="TimesNewRomanPSMT" w:cs="TimesNewRomanPSMT"/>
          <w:sz w:val="20"/>
          <w:szCs w:val="20"/>
          <w:lang w:val="ru-RU"/>
        </w:rPr>
        <w:t>нче</w:t>
      </w:r>
      <w:proofErr w:type="spellEnd"/>
      <w:r w:rsidRPr="008E2758">
        <w:rPr>
          <w:rFonts w:ascii="TimesNewRomanPSMT" w:hAnsi="TimesNewRomanPSMT" w:cs="TimesNewRomanPSMT"/>
          <w:sz w:val="20"/>
          <w:szCs w:val="20"/>
          <w:lang w:val="ru-RU"/>
        </w:rPr>
        <w:t xml:space="preserve"> </w:t>
      </w:r>
      <w:proofErr w:type="spellStart"/>
      <w:r w:rsidRPr="008E2758">
        <w:rPr>
          <w:rFonts w:ascii="TimesNewRomanPSMT" w:hAnsi="TimesNewRomanPSMT" w:cs="TimesNewRomanPSMT"/>
          <w:sz w:val="20"/>
          <w:szCs w:val="20"/>
          <w:lang w:val="ru-RU"/>
        </w:rPr>
        <w:t>сыйныф</w:t>
      </w:r>
      <w:proofErr w:type="spellEnd"/>
      <w:r w:rsidRPr="008E2758">
        <w:rPr>
          <w:rFonts w:ascii="TimesNewRomanPSMT" w:hAnsi="TimesNewRomanPSMT" w:cs="TimesNewRomanPSMT"/>
          <w:sz w:val="20"/>
          <w:szCs w:val="20"/>
          <w:lang w:val="ru-RU"/>
        </w:rPr>
        <w:t xml:space="preserve"> </w:t>
      </w:r>
      <w:proofErr w:type="spellStart"/>
      <w:r w:rsidRPr="008E2758">
        <w:rPr>
          <w:rFonts w:ascii="TimesNewRomanPSMT" w:hAnsi="TimesNewRomanPSMT" w:cs="TimesNewRomanPSMT"/>
          <w:sz w:val="20"/>
          <w:szCs w:val="20"/>
          <w:lang w:val="ru-RU"/>
        </w:rPr>
        <w:t>укучылары</w:t>
      </w:r>
      <w:proofErr w:type="spellEnd"/>
      <w:r w:rsidRPr="008E2758">
        <w:rPr>
          <w:rFonts w:ascii="TimesNewRomanPSMT" w:hAnsi="TimesNewRomanPSMT" w:cs="TimesNewRomanPSMT"/>
          <w:sz w:val="20"/>
          <w:szCs w:val="20"/>
          <w:lang w:val="ru-RU"/>
        </w:rPr>
        <w:t xml:space="preserve"> </w:t>
      </w:r>
      <w:proofErr w:type="spellStart"/>
      <w:r w:rsidRPr="008E2758">
        <w:rPr>
          <w:rFonts w:ascii="TimesNewRomanPSMT" w:hAnsi="TimesNewRomanPSMT" w:cs="TimesNewRomanPSMT"/>
          <w:sz w:val="20"/>
          <w:szCs w:val="20"/>
          <w:lang w:val="ru-RU"/>
        </w:rPr>
        <w:t>өчен</w:t>
      </w:r>
      <w:proofErr w:type="spellEnd"/>
      <w:r w:rsidRPr="008E2758">
        <w:rPr>
          <w:rFonts w:ascii="TimesNewRomanPSMT" w:hAnsi="TimesNewRomanPSMT" w:cs="TimesNewRomanPSMT"/>
          <w:sz w:val="20"/>
          <w:szCs w:val="20"/>
          <w:lang w:val="ru-RU"/>
        </w:rPr>
        <w:t>. – Казан:</w:t>
      </w:r>
    </w:p>
    <w:p w:rsidR="008E2758" w:rsidRPr="008E2758" w:rsidRDefault="008E2758" w:rsidP="008E27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proofErr w:type="spellStart"/>
      <w:r w:rsidRPr="008E2758">
        <w:rPr>
          <w:rFonts w:ascii="TimesNewRomanPSMT" w:hAnsi="TimesNewRomanPSMT" w:cs="TimesNewRomanPSMT"/>
          <w:sz w:val="20"/>
          <w:szCs w:val="20"/>
          <w:lang w:val="ru-RU"/>
        </w:rPr>
        <w:t>Мəгариф-Вакыт</w:t>
      </w:r>
      <w:proofErr w:type="spellEnd"/>
      <w:r w:rsidRPr="008E2758">
        <w:rPr>
          <w:rFonts w:ascii="TimesNewRomanPSMT" w:hAnsi="TimesNewRomanPSMT" w:cs="TimesNewRomanPSMT"/>
          <w:sz w:val="20"/>
          <w:szCs w:val="20"/>
          <w:lang w:val="ru-RU"/>
        </w:rPr>
        <w:t>;</w:t>
      </w:r>
    </w:p>
    <w:p w:rsidR="008E2758" w:rsidRPr="008E2758" w:rsidRDefault="008E2758" w:rsidP="008E27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8E2758">
        <w:rPr>
          <w:rFonts w:ascii="TimesNewRomanPSMT" w:hAnsi="TimesNewRomanPSMT" w:cs="TimesNewRomanPSMT"/>
          <w:sz w:val="20"/>
          <w:szCs w:val="20"/>
          <w:lang w:val="ru-RU"/>
        </w:rPr>
        <w:t>2018. – 55 б.;</w:t>
      </w:r>
    </w:p>
    <w:p w:rsidR="00A51003" w:rsidRPr="008E2758" w:rsidRDefault="008E2758" w:rsidP="008E27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8E2758">
        <w:rPr>
          <w:rFonts w:ascii="TimesNewRomanPSMT" w:hAnsi="TimesNewRomanPSMT" w:cs="TimesNewRomanPSMT"/>
          <w:sz w:val="20"/>
          <w:szCs w:val="20"/>
          <w:lang w:val="ru-RU"/>
        </w:rPr>
        <w:t>электронные образовательные ресурсы</w:t>
      </w:r>
    </w:p>
    <w:p w:rsidR="0067310A" w:rsidRDefault="000A7245">
      <w:pPr>
        <w:autoSpaceDE w:val="0"/>
        <w:autoSpaceDN w:val="0"/>
        <w:spacing w:before="346" w:after="0" w:line="413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1103C">
        <w:rPr>
          <w:lang w:val="ru-RU"/>
        </w:rPr>
        <w:br/>
      </w: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</w:p>
    <w:p w:rsidR="00F957A9" w:rsidRPr="008E2758" w:rsidRDefault="00F957A9" w:rsidP="00F957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8E2758">
        <w:rPr>
          <w:rFonts w:ascii="TimesNewRomanPSMT" w:hAnsi="TimesNewRomanPSMT" w:cs="TimesNewRomanPSMT"/>
          <w:sz w:val="20"/>
          <w:szCs w:val="20"/>
          <w:lang w:val="ru-RU"/>
        </w:rPr>
        <w:t>Озвученный русско-татарский онлайн-словарь // URL: www.ganiev.org;</w:t>
      </w:r>
    </w:p>
    <w:p w:rsidR="00F957A9" w:rsidRPr="008E2758" w:rsidRDefault="00F957A9" w:rsidP="00F957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8E2758">
        <w:rPr>
          <w:rFonts w:ascii="TimesNewRomanPSMT" w:hAnsi="TimesNewRomanPSMT" w:cs="TimesNewRomanPSMT"/>
          <w:sz w:val="20"/>
          <w:szCs w:val="20"/>
          <w:lang w:val="ru-RU"/>
        </w:rPr>
        <w:t>Сборник анимационных фильмов;</w:t>
      </w:r>
    </w:p>
    <w:p w:rsidR="00F957A9" w:rsidRPr="008E2758" w:rsidRDefault="00F957A9" w:rsidP="00F957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8E2758">
        <w:rPr>
          <w:rFonts w:ascii="TimesNewRomanPSMT" w:hAnsi="TimesNewRomanPSMT" w:cs="TimesNewRomanPSMT"/>
          <w:sz w:val="20"/>
          <w:szCs w:val="20"/>
          <w:lang w:val="ru-RU"/>
        </w:rPr>
        <w:t>созданных объединением «</w:t>
      </w:r>
      <w:proofErr w:type="spellStart"/>
      <w:r w:rsidRPr="008E2758">
        <w:rPr>
          <w:rFonts w:ascii="TimesNewRomanPSMT" w:hAnsi="TimesNewRomanPSMT" w:cs="TimesNewRomanPSMT"/>
          <w:sz w:val="20"/>
          <w:szCs w:val="20"/>
          <w:lang w:val="ru-RU"/>
        </w:rPr>
        <w:t>Татармультфильм</w:t>
      </w:r>
      <w:proofErr w:type="spellEnd"/>
      <w:r w:rsidRPr="008E2758">
        <w:rPr>
          <w:rFonts w:ascii="TimesNewRomanPSMT" w:hAnsi="TimesNewRomanPSMT" w:cs="TimesNewRomanPSMT"/>
          <w:sz w:val="20"/>
          <w:szCs w:val="20"/>
          <w:lang w:val="ru-RU"/>
        </w:rPr>
        <w:t>» // URL: www.tatarcartoon.ru;</w:t>
      </w:r>
    </w:p>
    <w:p w:rsidR="00F957A9" w:rsidRPr="008E2758" w:rsidRDefault="00F957A9" w:rsidP="00F957A9">
      <w:pPr>
        <w:autoSpaceDE w:val="0"/>
        <w:autoSpaceDN w:val="0"/>
        <w:spacing w:before="346" w:after="0" w:line="413" w:lineRule="auto"/>
        <w:ind w:right="1440"/>
        <w:rPr>
          <w:sz w:val="20"/>
          <w:szCs w:val="20"/>
          <w:lang w:val="ru-RU"/>
        </w:rPr>
      </w:pPr>
      <w:r w:rsidRPr="008E2758">
        <w:rPr>
          <w:rFonts w:ascii="TimesNewRomanPSMT" w:hAnsi="TimesNewRomanPSMT" w:cs="TimesNewRomanPSMT"/>
          <w:sz w:val="20"/>
          <w:szCs w:val="20"/>
          <w:lang w:val="ru-RU"/>
        </w:rPr>
        <w:t>Тексты на татарском языке // URL: http://Tatarca.boom.ru;</w:t>
      </w:r>
    </w:p>
    <w:p w:rsidR="0067310A" w:rsidRPr="00B1103C" w:rsidRDefault="0067310A">
      <w:pPr>
        <w:rPr>
          <w:lang w:val="ru-RU"/>
        </w:rPr>
        <w:sectPr w:rsidR="0067310A" w:rsidRPr="00B1103C">
          <w:pgSz w:w="11900" w:h="16840"/>
          <w:pgMar w:top="298" w:right="650" w:bottom="1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10A" w:rsidRPr="00B1103C" w:rsidRDefault="0067310A">
      <w:pPr>
        <w:autoSpaceDE w:val="0"/>
        <w:autoSpaceDN w:val="0"/>
        <w:spacing w:after="78" w:line="220" w:lineRule="exact"/>
        <w:rPr>
          <w:lang w:val="ru-RU"/>
        </w:rPr>
      </w:pPr>
    </w:p>
    <w:p w:rsidR="0067310A" w:rsidRPr="00B1103C" w:rsidRDefault="000A7245">
      <w:pPr>
        <w:autoSpaceDE w:val="0"/>
        <w:autoSpaceDN w:val="0"/>
        <w:spacing w:after="0" w:line="230" w:lineRule="auto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67310A" w:rsidRPr="00B1103C" w:rsidRDefault="000A7245">
      <w:pPr>
        <w:autoSpaceDE w:val="0"/>
        <w:autoSpaceDN w:val="0"/>
        <w:spacing w:before="346" w:after="0" w:line="437" w:lineRule="auto"/>
        <w:ind w:right="3024"/>
        <w:rPr>
          <w:lang w:val="ru-RU"/>
        </w:rPr>
      </w:pPr>
      <w:r w:rsidRPr="00B110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B1103C">
        <w:rPr>
          <w:lang w:val="ru-RU"/>
        </w:rPr>
        <w:br/>
      </w:r>
    </w:p>
    <w:p w:rsidR="0067310A" w:rsidRPr="00B1103C" w:rsidRDefault="0067310A">
      <w:pPr>
        <w:rPr>
          <w:lang w:val="ru-RU"/>
        </w:rPr>
        <w:sectPr w:rsidR="0067310A" w:rsidRPr="00B1103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7245" w:rsidRPr="00B1103C" w:rsidRDefault="000A7245">
      <w:pPr>
        <w:rPr>
          <w:lang w:val="ru-RU"/>
        </w:rPr>
      </w:pPr>
    </w:p>
    <w:sectPr w:rsidR="000A7245" w:rsidRPr="00B1103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2C38"/>
    <w:rsid w:val="00084955"/>
    <w:rsid w:val="000A7245"/>
    <w:rsid w:val="0015074B"/>
    <w:rsid w:val="0029639D"/>
    <w:rsid w:val="002A204B"/>
    <w:rsid w:val="003129B4"/>
    <w:rsid w:val="00326F90"/>
    <w:rsid w:val="00523CDE"/>
    <w:rsid w:val="00541209"/>
    <w:rsid w:val="006475F7"/>
    <w:rsid w:val="0067310A"/>
    <w:rsid w:val="007A29D9"/>
    <w:rsid w:val="00826BDD"/>
    <w:rsid w:val="008D16F1"/>
    <w:rsid w:val="008E2758"/>
    <w:rsid w:val="009C2F90"/>
    <w:rsid w:val="00A51003"/>
    <w:rsid w:val="00A82B33"/>
    <w:rsid w:val="00AA1D8D"/>
    <w:rsid w:val="00AE28DD"/>
    <w:rsid w:val="00B1103C"/>
    <w:rsid w:val="00B41729"/>
    <w:rsid w:val="00B47730"/>
    <w:rsid w:val="00CB0664"/>
    <w:rsid w:val="00CC0ED6"/>
    <w:rsid w:val="00D4090E"/>
    <w:rsid w:val="00DF591C"/>
    <w:rsid w:val="00F957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682B6CF-0B6E-43E6-B98B-CB82CF75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41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41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4FD298-502E-4648-8B18-429027D60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34</Pages>
  <Words>7204</Words>
  <Characters>41066</Characters>
  <Application>Microsoft Office Word</Application>
  <DocSecurity>0</DocSecurity>
  <Lines>342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48174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 Windows</cp:lastModifiedBy>
  <cp:revision>22</cp:revision>
  <cp:lastPrinted>2022-09-20T04:51:00Z</cp:lastPrinted>
  <dcterms:created xsi:type="dcterms:W3CDTF">2022-09-16T08:14:00Z</dcterms:created>
  <dcterms:modified xsi:type="dcterms:W3CDTF">2023-10-16T06:40:00Z</dcterms:modified>
</cp:coreProperties>
</file>